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306E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67C1C439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0F91BDDD" w14:textId="77777777" w:rsidR="00DB2C1E" w:rsidRPr="000E631A" w:rsidRDefault="00C33BD8">
      <w:pPr>
        <w:jc w:val="center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b/>
          <w:color w:val="1A1A1A"/>
          <w:sz w:val="56"/>
          <w:lang w:val="it-IT"/>
        </w:rPr>
        <w:t>Scheda di Progetto</w:t>
      </w:r>
    </w:p>
    <w:p w14:paraId="45734898" w14:textId="211C02E6" w:rsidR="00DB2C1E" w:rsidRPr="00C72C39" w:rsidRDefault="00C33BD8" w:rsidP="00085582">
      <w:pPr>
        <w:jc w:val="center"/>
        <w:rPr>
          <w:rFonts w:ascii="Times New Roman" w:hAnsi="Times New Roman" w:cs="Times New Roman"/>
          <w:i/>
          <w:iCs/>
          <w:lang w:val="it-IT"/>
        </w:rPr>
      </w:pPr>
      <w:r w:rsidRPr="00C72C39">
        <w:rPr>
          <w:rFonts w:ascii="Times New Roman" w:hAnsi="Times New Roman" w:cs="Times New Roman"/>
          <w:i/>
          <w:iCs/>
          <w:sz w:val="32"/>
          <w:lang w:val="it-IT"/>
        </w:rPr>
        <w:t>Fondo per la promozione del dialogo — Art. 1, comma 536, Legge 30 dicembre 2025, n. 199 — Decreto MUR n. 597 del 30 aprile 2026</w:t>
      </w:r>
    </w:p>
    <w:p w14:paraId="72B4DBC9" w14:textId="77777777" w:rsidR="00DB2C1E" w:rsidRPr="000E631A" w:rsidRDefault="00C33BD8">
      <w:pPr>
        <w:pStyle w:val="Titolo1"/>
        <w:rPr>
          <w:rFonts w:ascii="Times New Roman" w:hAnsi="Times New Roman" w:cs="Times New Roman"/>
          <w:color w:val="1A1A1A"/>
          <w:sz w:val="36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t>Istruzioni per la compilazione</w:t>
      </w:r>
    </w:p>
    <w:p w14:paraId="009F13FA" w14:textId="77777777" w:rsidR="000E631A" w:rsidRPr="000E631A" w:rsidRDefault="000E631A" w:rsidP="000E631A">
      <w:pPr>
        <w:rPr>
          <w:lang w:val="it-IT"/>
        </w:rPr>
      </w:pPr>
    </w:p>
    <w:p w14:paraId="1F60B5CB" w14:textId="7C00F234" w:rsidR="00DB2C1E" w:rsidRPr="000E631A" w:rsidRDefault="00C33BD8" w:rsidP="004C63D1">
      <w:pPr>
        <w:jc w:val="both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La presente scheda deve essere compilata in ogni sua parte in modo chiaro, completo e dettagliato. Campi incompleti o assenti potranno determinare l'esclusione dalla selezione. La scheda, debitamente firmata dal Rettore o dal suo delegato, deve essere trasmessa entro e non oltre le</w:t>
      </w:r>
      <w:r w:rsidR="00AA134C" w:rsidRPr="000E631A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 xml:space="preserve">ore 12:00 (fuso orario Italia) del </w:t>
      </w:r>
      <w:r w:rsidR="00A52687">
        <w:rPr>
          <w:rFonts w:ascii="Times New Roman" w:hAnsi="Times New Roman" w:cs="Times New Roman"/>
          <w:b/>
          <w:lang w:val="it-IT"/>
        </w:rPr>
        <w:t>15 settembre</w:t>
      </w:r>
      <w:r w:rsidRPr="000E631A">
        <w:rPr>
          <w:rFonts w:ascii="Times New Roman" w:hAnsi="Times New Roman" w:cs="Times New Roman"/>
          <w:b/>
          <w:lang w:val="it-IT"/>
        </w:rPr>
        <w:t xml:space="preserve"> 2026</w:t>
      </w:r>
      <w:r w:rsidR="004C63D1">
        <w:rPr>
          <w:rFonts w:ascii="Times New Roman" w:hAnsi="Times New Roman" w:cs="Times New Roman"/>
          <w:b/>
          <w:lang w:val="it-IT"/>
        </w:rPr>
        <w:t xml:space="preserve"> </w:t>
      </w:r>
      <w:r w:rsidRPr="000E631A">
        <w:rPr>
          <w:rFonts w:ascii="Times New Roman" w:hAnsi="Times New Roman" w:cs="Times New Roman"/>
          <w:lang w:val="it-IT"/>
        </w:rPr>
        <w:t xml:space="preserve">all'indirizzo </w:t>
      </w:r>
      <w:r w:rsidR="000E631A" w:rsidRPr="000E631A">
        <w:rPr>
          <w:rFonts w:ascii="Times New Roman" w:hAnsi="Times New Roman" w:cs="Times New Roman"/>
          <w:lang w:val="it-IT"/>
        </w:rPr>
        <w:t>PEC:</w:t>
      </w:r>
      <w:r w:rsidR="000E631A" w:rsidRPr="000E631A">
        <w:rPr>
          <w:rFonts w:ascii="Times New Roman" w:hAnsi="Times New Roman" w:cs="Times New Roman"/>
          <w:b/>
          <w:lang w:val="it-IT"/>
        </w:rPr>
        <w:t xml:space="preserve"> dgpostlaurea@pec.mur.gov.it</w:t>
      </w:r>
      <w:r w:rsidRPr="000E631A">
        <w:rPr>
          <w:rFonts w:ascii="Times New Roman" w:hAnsi="Times New Roman" w:cs="Times New Roman"/>
          <w:lang w:val="it-IT"/>
        </w:rPr>
        <w:t>.</w:t>
      </w:r>
    </w:p>
    <w:p w14:paraId="5C2AE551" w14:textId="79606902" w:rsidR="00DB2C1E" w:rsidRPr="000E631A" w:rsidRDefault="00C33BD8" w:rsidP="004C63D1">
      <w:pPr>
        <w:jc w:val="both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I documenti trasmessi costituiranno copia conforme degli originali, che dovranno essere conservati agli atti dell'Ateneo proponente per eventuali verifiche da parte del Ministero dell'Università e della Ricerca. I documenti</w:t>
      </w:r>
      <w:r w:rsidR="004C63D1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>non dovranno essere trasmessi per via cartacea</w:t>
      </w:r>
      <w:r w:rsidRPr="000E631A">
        <w:rPr>
          <w:rFonts w:ascii="Times New Roman" w:hAnsi="Times New Roman" w:cs="Times New Roman"/>
          <w:lang w:val="it-IT"/>
        </w:rPr>
        <w:t>, se non dietro esplicita richiesta della Direzione generale per le specializzazioni sanitarie, i dottorati di ricerca e altra formazione post-universitaria.</w:t>
      </w:r>
    </w:p>
    <w:p w14:paraId="74AC3395" w14:textId="1A7A6B48" w:rsidR="00DB2C1E" w:rsidRPr="000E631A" w:rsidRDefault="00C33BD8" w:rsidP="004C63D1">
      <w:pPr>
        <w:jc w:val="both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Il contributo concesso può coprire</w:t>
      </w:r>
      <w:r w:rsidR="004C63D1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>fino all'80% dei costi ammissibili</w:t>
      </w:r>
      <w:r w:rsidRPr="000E631A">
        <w:rPr>
          <w:rFonts w:ascii="Times New Roman" w:hAnsi="Times New Roman" w:cs="Times New Roman"/>
          <w:lang w:val="it-IT"/>
        </w:rPr>
        <w:t>. Una quota minima del</w:t>
      </w:r>
      <w:r w:rsidR="004C63D1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>20%</w:t>
      </w:r>
      <w:r w:rsidR="003E6910">
        <w:rPr>
          <w:rFonts w:ascii="Times New Roman" w:hAnsi="Times New Roman" w:cs="Times New Roman"/>
          <w:b/>
          <w:lang w:val="it-IT"/>
        </w:rPr>
        <w:t xml:space="preserve"> </w:t>
      </w:r>
      <w:r w:rsidRPr="000E631A">
        <w:rPr>
          <w:rFonts w:ascii="Times New Roman" w:hAnsi="Times New Roman" w:cs="Times New Roman"/>
          <w:lang w:val="it-IT"/>
        </w:rPr>
        <w:t>è assicurata dall'Istituzione proponente, anche mediante risorse proprie o contributi di soggetti terzi pubblici o privati. L'importo massimo finanziabile dal MUR per ciascun progetto è di</w:t>
      </w:r>
      <w:r w:rsidR="00C72C39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>euro 15.000,00</w:t>
      </w:r>
      <w:r w:rsidRPr="000E631A">
        <w:rPr>
          <w:rFonts w:ascii="Times New Roman" w:hAnsi="Times New Roman" w:cs="Times New Roman"/>
          <w:lang w:val="it-IT"/>
        </w:rPr>
        <w:t>, fatta salva l'effettiva disponibilità di stanziamenti di bilancio.</w:t>
      </w:r>
    </w:p>
    <w:p w14:paraId="0D43CF32" w14:textId="03C8F566" w:rsidR="00DB2C1E" w:rsidRPr="000E631A" w:rsidRDefault="62EEFB44" w:rsidP="004C63D1">
      <w:pPr>
        <w:jc w:val="both"/>
        <w:rPr>
          <w:rFonts w:ascii="Times New Roman" w:hAnsi="Times New Roman" w:cs="Times New Roman"/>
          <w:lang w:val="it-IT"/>
        </w:rPr>
      </w:pPr>
      <w:r w:rsidRPr="62EEFB44">
        <w:rPr>
          <w:rFonts w:ascii="Times New Roman" w:hAnsi="Times New Roman" w:cs="Times New Roman"/>
          <w:b/>
          <w:bCs/>
          <w:lang w:val="it-IT"/>
        </w:rPr>
        <w:t xml:space="preserve">Ciascuna Istituzione può presentare un solo progetto. </w:t>
      </w:r>
      <w:r w:rsidRPr="62EEFB44">
        <w:rPr>
          <w:rFonts w:ascii="Times New Roman" w:hAnsi="Times New Roman" w:cs="Times New Roman"/>
          <w:lang w:val="it-IT"/>
        </w:rPr>
        <w:t xml:space="preserve">La relazione finale illustrativa e la rendicontazione delle spese sostenute dovranno essere trasmesse al MUR entro </w:t>
      </w:r>
      <w:r w:rsidRPr="62EEFB44">
        <w:rPr>
          <w:rFonts w:ascii="Times New Roman" w:hAnsi="Times New Roman" w:cs="Times New Roman"/>
          <w:b/>
          <w:bCs/>
          <w:lang w:val="it-IT"/>
        </w:rPr>
        <w:t>90 giorni dalla conclusione delle attività</w:t>
      </w:r>
      <w:r w:rsidRPr="62EEFB44">
        <w:rPr>
          <w:rFonts w:ascii="Times New Roman" w:hAnsi="Times New Roman" w:cs="Times New Roman"/>
          <w:lang w:val="it-IT"/>
        </w:rPr>
        <w:t>.</w:t>
      </w:r>
    </w:p>
    <w:p w14:paraId="42D9B413" w14:textId="41239968" w:rsidR="62EEFB44" w:rsidRDefault="62EEFB44" w:rsidP="62EEFB44">
      <w:pPr>
        <w:jc w:val="both"/>
      </w:pPr>
      <w:r w:rsidRPr="62EEFB44">
        <w:rPr>
          <w:rFonts w:ascii="Times New Roman" w:eastAsia="Times New Roman" w:hAnsi="Times New Roman" w:cs="Times New Roman"/>
          <w:lang w:val="it-IT"/>
        </w:rPr>
        <w:t>Il documento, previa compilazione e conversione in formato PDF, dovrà essere sottoscritto dal legale rappresentante.</w:t>
      </w:r>
    </w:p>
    <w:p w14:paraId="7D707293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</w:p>
    <w:p w14:paraId="5DE86132" w14:textId="77777777" w:rsidR="00DB2C1E" w:rsidRPr="000E631A" w:rsidRDefault="00C33BD8">
      <w:pPr>
        <w:pStyle w:val="Titolo1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lastRenderedPageBreak/>
        <w:t>Sezione A — Dati dell'Istituzione Proponente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703"/>
        <w:gridCol w:w="4703"/>
      </w:tblGrid>
      <w:tr w:rsidR="00DB2C1E" w:rsidRPr="000E631A" w14:paraId="58F0EF38" w14:textId="77777777" w:rsidTr="62EEFB44">
        <w:trPr>
          <w:jc w:val="center"/>
        </w:trPr>
        <w:tc>
          <w:tcPr>
            <w:tcW w:w="4703" w:type="dxa"/>
            <w:shd w:val="clear" w:color="auto" w:fill="333333"/>
          </w:tcPr>
          <w:p w14:paraId="36E5954E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Campo</w:t>
            </w:r>
          </w:p>
        </w:tc>
        <w:tc>
          <w:tcPr>
            <w:tcW w:w="4703" w:type="dxa"/>
            <w:shd w:val="clear" w:color="auto" w:fill="333333"/>
          </w:tcPr>
          <w:p w14:paraId="209D9885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Dato</w:t>
            </w:r>
          </w:p>
        </w:tc>
      </w:tr>
      <w:tr w:rsidR="00DB2C1E" w:rsidRPr="000E631A" w14:paraId="729AAE8E" w14:textId="77777777" w:rsidTr="62EEFB44">
        <w:trPr>
          <w:jc w:val="center"/>
        </w:trPr>
        <w:tc>
          <w:tcPr>
            <w:tcW w:w="4703" w:type="dxa"/>
          </w:tcPr>
          <w:p w14:paraId="2E162D6F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Denominazione dell'Istituzione</w:t>
            </w:r>
          </w:p>
        </w:tc>
        <w:tc>
          <w:tcPr>
            <w:tcW w:w="4703" w:type="dxa"/>
          </w:tcPr>
          <w:p w14:paraId="23D9B8F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77F5C91D" w14:textId="77777777" w:rsidTr="62EEFB44">
        <w:trPr>
          <w:jc w:val="center"/>
        </w:trPr>
        <w:tc>
          <w:tcPr>
            <w:tcW w:w="4703" w:type="dxa"/>
            <w:shd w:val="clear" w:color="auto" w:fill="F2F2F2" w:themeFill="background1" w:themeFillShade="F2"/>
          </w:tcPr>
          <w:p w14:paraId="332765F6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Tipologia (università statale / non statale legalmente riconosciuta / istituto universitario a ordinamento speciale)</w:t>
            </w:r>
          </w:p>
        </w:tc>
        <w:tc>
          <w:tcPr>
            <w:tcW w:w="4703" w:type="dxa"/>
            <w:shd w:val="clear" w:color="auto" w:fill="F2F2F2" w:themeFill="background1" w:themeFillShade="F2"/>
          </w:tcPr>
          <w:p w14:paraId="097F6942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A345C02" w14:textId="77777777" w:rsidTr="62EEFB44">
        <w:trPr>
          <w:jc w:val="center"/>
        </w:trPr>
        <w:tc>
          <w:tcPr>
            <w:tcW w:w="4703" w:type="dxa"/>
          </w:tcPr>
          <w:p w14:paraId="2B3149F5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Codice fiscale</w:t>
            </w:r>
          </w:p>
        </w:tc>
        <w:tc>
          <w:tcPr>
            <w:tcW w:w="4703" w:type="dxa"/>
          </w:tcPr>
          <w:p w14:paraId="1CEF0F8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B88610C" w14:textId="77777777" w:rsidTr="62EEFB44">
        <w:trPr>
          <w:jc w:val="center"/>
        </w:trPr>
        <w:tc>
          <w:tcPr>
            <w:tcW w:w="4703" w:type="dxa"/>
            <w:shd w:val="clear" w:color="auto" w:fill="F2F2F2" w:themeFill="background1" w:themeFillShade="F2"/>
          </w:tcPr>
          <w:p w14:paraId="65BA6CA6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Indirizzo sede legale</w:t>
            </w:r>
          </w:p>
        </w:tc>
        <w:tc>
          <w:tcPr>
            <w:tcW w:w="4703" w:type="dxa"/>
            <w:shd w:val="clear" w:color="auto" w:fill="F2F2F2" w:themeFill="background1" w:themeFillShade="F2"/>
          </w:tcPr>
          <w:p w14:paraId="3BE717C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FD613EA" w14:textId="77777777" w:rsidTr="62EEFB44">
        <w:trPr>
          <w:jc w:val="center"/>
        </w:trPr>
        <w:tc>
          <w:tcPr>
            <w:tcW w:w="4703" w:type="dxa"/>
            <w:shd w:val="clear" w:color="auto" w:fill="F2F2F2" w:themeFill="background1" w:themeFillShade="F2"/>
          </w:tcPr>
          <w:p w14:paraId="1C725A41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Indirizzo PEC istituzionale</w:t>
            </w:r>
          </w:p>
        </w:tc>
        <w:tc>
          <w:tcPr>
            <w:tcW w:w="4703" w:type="dxa"/>
            <w:shd w:val="clear" w:color="auto" w:fill="F2F2F2" w:themeFill="background1" w:themeFillShade="F2"/>
          </w:tcPr>
          <w:p w14:paraId="69FD273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040A7AC6" w14:textId="77777777" w:rsidTr="62EEFB44">
        <w:trPr>
          <w:jc w:val="center"/>
        </w:trPr>
        <w:tc>
          <w:tcPr>
            <w:tcW w:w="4703" w:type="dxa"/>
          </w:tcPr>
          <w:p w14:paraId="42C6D4EB" w14:textId="620E835D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 xml:space="preserve">Rappresentante legale (Rettore </w:t>
            </w:r>
            <w:r w:rsidR="00792E5D">
              <w:rPr>
                <w:rFonts w:ascii="Times New Roman" w:hAnsi="Times New Roman" w:cs="Times New Roman"/>
                <w:sz w:val="20"/>
                <w:lang w:val="it-IT"/>
              </w:rPr>
              <w:t>o suo delegato)</w:t>
            </w:r>
          </w:p>
        </w:tc>
        <w:tc>
          <w:tcPr>
            <w:tcW w:w="4703" w:type="dxa"/>
          </w:tcPr>
          <w:p w14:paraId="60E31E3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04664E11" w14:textId="77777777" w:rsidTr="62EEFB44">
        <w:trPr>
          <w:jc w:val="center"/>
        </w:trPr>
        <w:tc>
          <w:tcPr>
            <w:tcW w:w="4703" w:type="dxa"/>
            <w:shd w:val="clear" w:color="auto" w:fill="F2F2F2" w:themeFill="background1" w:themeFillShade="F2"/>
          </w:tcPr>
          <w:p w14:paraId="2114B527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Referente scientifico del progetto</w:t>
            </w:r>
          </w:p>
        </w:tc>
        <w:tc>
          <w:tcPr>
            <w:tcW w:w="4703" w:type="dxa"/>
            <w:shd w:val="clear" w:color="auto" w:fill="F2F2F2" w:themeFill="background1" w:themeFillShade="F2"/>
          </w:tcPr>
          <w:p w14:paraId="32766DF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5075A39B" w14:textId="77777777" w:rsidTr="62EEFB44">
        <w:trPr>
          <w:jc w:val="center"/>
        </w:trPr>
        <w:tc>
          <w:tcPr>
            <w:tcW w:w="4703" w:type="dxa"/>
          </w:tcPr>
          <w:p w14:paraId="63CD9CC5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Qualifica del referente scientifico</w:t>
            </w:r>
          </w:p>
        </w:tc>
        <w:tc>
          <w:tcPr>
            <w:tcW w:w="4703" w:type="dxa"/>
          </w:tcPr>
          <w:p w14:paraId="62040D0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390AF8B9" w14:textId="77777777" w:rsidTr="62EEFB44">
        <w:trPr>
          <w:jc w:val="center"/>
        </w:trPr>
        <w:tc>
          <w:tcPr>
            <w:tcW w:w="4703" w:type="dxa"/>
            <w:shd w:val="clear" w:color="auto" w:fill="F2F2F2" w:themeFill="background1" w:themeFillShade="F2"/>
          </w:tcPr>
          <w:p w14:paraId="4C126320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E-mail del referente scientifico</w:t>
            </w:r>
          </w:p>
        </w:tc>
        <w:tc>
          <w:tcPr>
            <w:tcW w:w="4703" w:type="dxa"/>
            <w:shd w:val="clear" w:color="auto" w:fill="F2F2F2" w:themeFill="background1" w:themeFillShade="F2"/>
          </w:tcPr>
          <w:p w14:paraId="7871991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61697B22" w14:textId="77777777" w:rsidTr="62EEFB44">
        <w:trPr>
          <w:jc w:val="center"/>
        </w:trPr>
        <w:tc>
          <w:tcPr>
            <w:tcW w:w="4703" w:type="dxa"/>
          </w:tcPr>
          <w:p w14:paraId="74F4A44D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Telefono del referente scientifico</w:t>
            </w:r>
          </w:p>
        </w:tc>
        <w:tc>
          <w:tcPr>
            <w:tcW w:w="4703" w:type="dxa"/>
          </w:tcPr>
          <w:p w14:paraId="685008A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26A5C096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3FDA1049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</w:p>
    <w:p w14:paraId="2BAF9989" w14:textId="77777777" w:rsidR="00DB2C1E" w:rsidRPr="000E631A" w:rsidRDefault="00C33BD8">
      <w:pPr>
        <w:pStyle w:val="Titolo1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lastRenderedPageBreak/>
        <w:t>Sezione B — Dati del Progetto</w:t>
      </w:r>
    </w:p>
    <w:p w14:paraId="0AA1EE85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B.1 — Titolo del progetto</w:t>
      </w:r>
    </w:p>
    <w:p w14:paraId="01481E51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(Titolo sintetico ed efficace, massimo 150 caratteri)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406"/>
      </w:tblGrid>
      <w:tr w:rsidR="00DB2C1E" w:rsidRPr="000E631A" w14:paraId="426316C0" w14:textId="77777777">
        <w:trPr>
          <w:jc w:val="center"/>
        </w:trPr>
        <w:tc>
          <w:tcPr>
            <w:tcW w:w="9406" w:type="dxa"/>
            <w:shd w:val="clear" w:color="auto" w:fill="333333"/>
          </w:tcPr>
          <w:p w14:paraId="46BFAD2B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Titolo del progetto</w:t>
            </w:r>
          </w:p>
        </w:tc>
      </w:tr>
      <w:tr w:rsidR="00DB2C1E" w:rsidRPr="000E631A" w14:paraId="570365BE" w14:textId="77777777">
        <w:trPr>
          <w:jc w:val="center"/>
        </w:trPr>
        <w:tc>
          <w:tcPr>
            <w:tcW w:w="9406" w:type="dxa"/>
          </w:tcPr>
          <w:p w14:paraId="6E6C97A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0E3CFE77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54FACC88" w14:textId="611F486A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B.</w:t>
      </w:r>
      <w:r w:rsidR="004C63D1">
        <w:rPr>
          <w:rFonts w:ascii="Times New Roman" w:hAnsi="Times New Roman" w:cs="Times New Roman"/>
          <w:color w:val="333333"/>
          <w:sz w:val="28"/>
          <w:lang w:val="it-IT"/>
        </w:rPr>
        <w:t>2</w:t>
      </w:r>
      <w:r w:rsidRPr="000E631A">
        <w:rPr>
          <w:rFonts w:ascii="Times New Roman" w:hAnsi="Times New Roman" w:cs="Times New Roman"/>
          <w:color w:val="333333"/>
          <w:sz w:val="28"/>
          <w:lang w:val="it-IT"/>
        </w:rPr>
        <w:t xml:space="preserve"> — Durata del progetto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703"/>
        <w:gridCol w:w="4703"/>
      </w:tblGrid>
      <w:tr w:rsidR="00DB2C1E" w:rsidRPr="000E631A" w14:paraId="53297DD7" w14:textId="77777777">
        <w:trPr>
          <w:jc w:val="center"/>
        </w:trPr>
        <w:tc>
          <w:tcPr>
            <w:tcW w:w="4703" w:type="dxa"/>
            <w:shd w:val="clear" w:color="auto" w:fill="333333"/>
          </w:tcPr>
          <w:p w14:paraId="7D6D7B28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Campo</w:t>
            </w:r>
          </w:p>
        </w:tc>
        <w:tc>
          <w:tcPr>
            <w:tcW w:w="4703" w:type="dxa"/>
            <w:shd w:val="clear" w:color="auto" w:fill="333333"/>
          </w:tcPr>
          <w:p w14:paraId="6C1A9741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Data</w:t>
            </w:r>
          </w:p>
        </w:tc>
      </w:tr>
      <w:tr w:rsidR="00DB2C1E" w:rsidRPr="000E631A" w14:paraId="009920BB" w14:textId="77777777">
        <w:trPr>
          <w:jc w:val="center"/>
        </w:trPr>
        <w:tc>
          <w:tcPr>
            <w:tcW w:w="4703" w:type="dxa"/>
          </w:tcPr>
          <w:p w14:paraId="79CD8A3A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Data di inizio prevista</w:t>
            </w:r>
          </w:p>
        </w:tc>
        <w:tc>
          <w:tcPr>
            <w:tcW w:w="4703" w:type="dxa"/>
          </w:tcPr>
          <w:p w14:paraId="5D3CCD3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41727BDD" w14:textId="77777777">
        <w:trPr>
          <w:jc w:val="center"/>
        </w:trPr>
        <w:tc>
          <w:tcPr>
            <w:tcW w:w="4703" w:type="dxa"/>
            <w:shd w:val="clear" w:color="auto" w:fill="F2F2F2"/>
          </w:tcPr>
          <w:p w14:paraId="0D895B70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Data di conclusione prevista</w:t>
            </w:r>
          </w:p>
        </w:tc>
        <w:tc>
          <w:tcPr>
            <w:tcW w:w="4703" w:type="dxa"/>
            <w:shd w:val="clear" w:color="auto" w:fill="F2F2F2"/>
          </w:tcPr>
          <w:p w14:paraId="69857F5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5772C7DD" w14:textId="77777777">
        <w:trPr>
          <w:jc w:val="center"/>
        </w:trPr>
        <w:tc>
          <w:tcPr>
            <w:tcW w:w="4703" w:type="dxa"/>
          </w:tcPr>
          <w:p w14:paraId="6006B43C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Durata totale (in mesi)</w:t>
            </w:r>
          </w:p>
        </w:tc>
        <w:tc>
          <w:tcPr>
            <w:tcW w:w="4703" w:type="dxa"/>
          </w:tcPr>
          <w:p w14:paraId="7C3D51A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696A52B5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2EF3D966" w14:textId="4B54EE8E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B.</w:t>
      </w:r>
      <w:r w:rsidR="004C63D1">
        <w:rPr>
          <w:rFonts w:ascii="Times New Roman" w:hAnsi="Times New Roman" w:cs="Times New Roman"/>
          <w:color w:val="333333"/>
          <w:sz w:val="28"/>
          <w:lang w:val="it-IT"/>
        </w:rPr>
        <w:t>3</w:t>
      </w:r>
      <w:r w:rsidRPr="000E631A">
        <w:rPr>
          <w:rFonts w:ascii="Times New Roman" w:hAnsi="Times New Roman" w:cs="Times New Roman"/>
          <w:color w:val="333333"/>
          <w:sz w:val="28"/>
          <w:lang w:val="it-IT"/>
        </w:rPr>
        <w:t xml:space="preserve"> — Tipologia delle azioni previste</w:t>
      </w:r>
    </w:p>
    <w:p w14:paraId="5BE7EA41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Indicare una o più tipologie di azioni previste dal progetto, coerentemente con le finalità di cui all'art. 1 del bando.</w:t>
      </w:r>
    </w:p>
    <w:p w14:paraId="6B12B566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Incontri, seminari e convegni per il dialogo interculturale</w:t>
      </w:r>
    </w:p>
    <w:p w14:paraId="47C5F893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Campagne di sensibilizzazione e manifestazioni pubbliche</w:t>
      </w:r>
    </w:p>
    <w:p w14:paraId="10DDF63F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Attività formative rivolte a studenti, docenti e personale universitario</w:t>
      </w:r>
    </w:p>
    <w:p w14:paraId="2E3C965F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Attività formative co-progettate con il mondo della scuola (studenti, docenti, dirigenti scolastici)</w:t>
      </w:r>
    </w:p>
    <w:p w14:paraId="656178ED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Progetti di scambio con altri Paesi e/o programmi educativi congiunti</w:t>
      </w:r>
    </w:p>
    <w:p w14:paraId="676901B3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Produzione di materiali e contenuti educativi (pubblicazioni, video, podcast, ecc.)</w:t>
      </w:r>
    </w:p>
    <w:p w14:paraId="4273158E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Altro (specificare): ___________________________________________________</w:t>
      </w:r>
    </w:p>
    <w:p w14:paraId="540EC725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</w:p>
    <w:p w14:paraId="55FAB91F" w14:textId="77777777" w:rsidR="00DB2C1E" w:rsidRPr="000E631A" w:rsidRDefault="00C33BD8">
      <w:pPr>
        <w:pStyle w:val="Titolo1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lastRenderedPageBreak/>
        <w:t>Sezione C — Descrizione del Progetto</w:t>
      </w:r>
    </w:p>
    <w:p w14:paraId="0E9CBC92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C.1 — Abstract del progetto</w:t>
      </w:r>
    </w:p>
    <w:p w14:paraId="2DFAEC81" w14:textId="3C496355" w:rsidR="00DB2C1E" w:rsidRPr="000E631A" w:rsidRDefault="62EEFB44" w:rsidP="62EEFB44">
      <w:pPr>
        <w:rPr>
          <w:rFonts w:ascii="Times New Roman" w:hAnsi="Times New Roman" w:cs="Times New Roman"/>
          <w:i/>
          <w:iCs/>
          <w:lang w:val="it-IT"/>
        </w:rPr>
      </w:pPr>
      <w:r w:rsidRPr="62EEFB44">
        <w:rPr>
          <w:rFonts w:ascii="Times New Roman" w:hAnsi="Times New Roman" w:cs="Times New Roman"/>
          <w:i/>
          <w:iCs/>
          <w:lang w:val="it-IT"/>
        </w:rPr>
        <w:t>Descrizione sintetica dell'iniziativa proposta. Massimo 5000 caratteri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406"/>
      </w:tblGrid>
      <w:tr w:rsidR="00DB2C1E" w:rsidRPr="000E631A" w14:paraId="2A0E7706" w14:textId="77777777">
        <w:trPr>
          <w:jc w:val="center"/>
        </w:trPr>
        <w:tc>
          <w:tcPr>
            <w:tcW w:w="9406" w:type="dxa"/>
            <w:shd w:val="clear" w:color="auto" w:fill="333333"/>
          </w:tcPr>
          <w:p w14:paraId="0E4FE4F0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Abstract</w:t>
            </w:r>
          </w:p>
        </w:tc>
      </w:tr>
      <w:tr w:rsidR="00DB2C1E" w:rsidRPr="000E631A" w14:paraId="71815180" w14:textId="77777777">
        <w:trPr>
          <w:jc w:val="center"/>
        </w:trPr>
        <w:tc>
          <w:tcPr>
            <w:tcW w:w="9406" w:type="dxa"/>
          </w:tcPr>
          <w:p w14:paraId="07F8DEA0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0920903E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414A4E00" w14:textId="0EE362A0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 xml:space="preserve">C.2 — Obiettivi </w:t>
      </w:r>
    </w:p>
    <w:p w14:paraId="426F7A76" w14:textId="7E4BEFC5" w:rsidR="00550A56" w:rsidRPr="000E631A" w:rsidRDefault="62EEFB44" w:rsidP="62EEFB44">
      <w:pPr>
        <w:rPr>
          <w:rFonts w:ascii="Times New Roman" w:hAnsi="Times New Roman" w:cs="Times New Roman"/>
          <w:lang w:val="it-IT"/>
        </w:rPr>
      </w:pPr>
      <w:r w:rsidRPr="62EEFB44">
        <w:rPr>
          <w:rFonts w:ascii="Times New Roman" w:hAnsi="Times New Roman" w:cs="Times New Roman"/>
          <w:i/>
          <w:iCs/>
          <w:lang w:val="it-IT"/>
        </w:rPr>
        <w:t>Descrivere in modo dettagliato gli obiettivi dell'iniziativa, con esplicito riferimento alle finalità del Fondo: promozione del dialogo interculturale tra studenti, docenti e personale universitario; promozione del dibattito tra diversi punti di vista culturali, politici e religiosi nel rispetto della libertà accademica; prevenzione e contrasto di forme di contrapposizione, intolleranza ed espressioni d'odio</w:t>
      </w:r>
      <w:r w:rsidR="00583819" w:rsidRPr="00583819">
        <w:rPr>
          <w:rFonts w:ascii="Times New Roman" w:hAnsi="Times New Roman" w:cs="Times New Roman"/>
          <w:i/>
          <w:iCs/>
          <w:lang w:val="it-IT"/>
        </w:rPr>
        <w:t xml:space="preserve"> </w:t>
      </w:r>
      <w:r w:rsidR="00BA623E" w:rsidRPr="00583819">
        <w:rPr>
          <w:rFonts w:ascii="Times New Roman" w:hAnsi="Times New Roman" w:cs="Times New Roman"/>
          <w:i/>
          <w:iCs/>
          <w:lang w:val="it-IT"/>
        </w:rPr>
        <w:t>con particolare riferimento a</w:t>
      </w:r>
      <w:r w:rsidRPr="00583819">
        <w:rPr>
          <w:rFonts w:ascii="Times New Roman" w:hAnsi="Times New Roman" w:cs="Times New Roman"/>
          <w:i/>
          <w:iCs/>
          <w:lang w:val="it-IT"/>
        </w:rPr>
        <w:t xml:space="preserve"> quelle qualificabili come antisemitismo</w:t>
      </w:r>
      <w:r w:rsidRPr="62EEFB44">
        <w:rPr>
          <w:rFonts w:ascii="Times New Roman" w:hAnsi="Times New Roman" w:cs="Times New Roman"/>
          <w:i/>
          <w:iCs/>
          <w:lang w:val="it-IT"/>
        </w:rPr>
        <w:t>. Massimo 2400 caratteri</w:t>
      </w:r>
      <w:r w:rsidR="00BA623E">
        <w:rPr>
          <w:rFonts w:ascii="Times New Roman" w:hAnsi="Times New Roman" w:cs="Times New Roman"/>
          <w:i/>
          <w:iCs/>
          <w:lang w:val="it-IT"/>
        </w:rPr>
        <w:t>.</w:t>
      </w:r>
    </w:p>
    <w:p w14:paraId="5A9F27AC" w14:textId="49B9D6E2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406"/>
      </w:tblGrid>
      <w:tr w:rsidR="00DB2C1E" w:rsidRPr="000E631A" w14:paraId="7390C199" w14:textId="77777777">
        <w:trPr>
          <w:jc w:val="center"/>
        </w:trPr>
        <w:tc>
          <w:tcPr>
            <w:tcW w:w="9406" w:type="dxa"/>
            <w:shd w:val="clear" w:color="auto" w:fill="333333"/>
          </w:tcPr>
          <w:p w14:paraId="26C1CAE0" w14:textId="04AF41A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 xml:space="preserve">Obiettivi </w:t>
            </w:r>
            <w:r w:rsidR="00D85CA6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del progetto</w:t>
            </w:r>
          </w:p>
        </w:tc>
      </w:tr>
      <w:tr w:rsidR="00DB2C1E" w:rsidRPr="000E631A" w14:paraId="646E2B14" w14:textId="77777777">
        <w:trPr>
          <w:jc w:val="center"/>
        </w:trPr>
        <w:tc>
          <w:tcPr>
            <w:tcW w:w="9406" w:type="dxa"/>
          </w:tcPr>
          <w:p w14:paraId="135FFCB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7177861D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088329B6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2AE3E723" w14:textId="12C73C90" w:rsidR="00DB2C1E" w:rsidRPr="00A73241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A73241">
        <w:rPr>
          <w:rFonts w:ascii="Times New Roman" w:hAnsi="Times New Roman" w:cs="Times New Roman"/>
          <w:color w:val="333333"/>
          <w:sz w:val="28"/>
          <w:lang w:val="it-IT"/>
        </w:rPr>
        <w:t>C.3 — Descrizione delle azioni e delle attività</w:t>
      </w:r>
      <w:r w:rsidR="00A73241">
        <w:rPr>
          <w:rFonts w:ascii="Times New Roman" w:hAnsi="Times New Roman" w:cs="Times New Roman"/>
          <w:color w:val="333333"/>
          <w:sz w:val="28"/>
          <w:lang w:val="it-IT"/>
        </w:rPr>
        <w:t xml:space="preserve"> (cronoprogramma)</w:t>
      </w:r>
    </w:p>
    <w:p w14:paraId="0426F027" w14:textId="0D38F342" w:rsidR="00DB2C1E" w:rsidRPr="000E631A" w:rsidRDefault="62EEFB44" w:rsidP="62EEFB44">
      <w:pPr>
        <w:rPr>
          <w:rFonts w:ascii="Times New Roman" w:hAnsi="Times New Roman" w:cs="Times New Roman"/>
          <w:lang w:val="it-IT"/>
        </w:rPr>
      </w:pPr>
      <w:r w:rsidRPr="62EEFB44">
        <w:rPr>
          <w:rFonts w:ascii="Times New Roman" w:hAnsi="Times New Roman" w:cs="Times New Roman"/>
          <w:i/>
          <w:iCs/>
          <w:lang w:val="it-IT"/>
        </w:rPr>
        <w:t>Descrivere in modo analitico le singole azioni/attività previste, specificando per ciascuna: contenuto, modalità di svolgimento (in presenza / online / mista), destinatari e periodo di realizzazione. Massimo 250 caratteri per attività.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1568"/>
        <w:gridCol w:w="1568"/>
        <w:gridCol w:w="1568"/>
        <w:gridCol w:w="1568"/>
        <w:gridCol w:w="1568"/>
        <w:gridCol w:w="1568"/>
      </w:tblGrid>
      <w:tr w:rsidR="002672E2" w:rsidRPr="000E631A" w14:paraId="4F6056F8" w14:textId="77777777">
        <w:trPr>
          <w:jc w:val="center"/>
        </w:trPr>
        <w:tc>
          <w:tcPr>
            <w:tcW w:w="1568" w:type="dxa"/>
            <w:shd w:val="clear" w:color="auto" w:fill="333333"/>
          </w:tcPr>
          <w:p w14:paraId="64D7B1C0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N.</w:t>
            </w:r>
          </w:p>
        </w:tc>
        <w:tc>
          <w:tcPr>
            <w:tcW w:w="1568" w:type="dxa"/>
            <w:shd w:val="clear" w:color="auto" w:fill="333333"/>
          </w:tcPr>
          <w:p w14:paraId="41CB0BAF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Denominazione azione/attività</w:t>
            </w:r>
          </w:p>
        </w:tc>
        <w:tc>
          <w:tcPr>
            <w:tcW w:w="1568" w:type="dxa"/>
            <w:shd w:val="clear" w:color="auto" w:fill="333333"/>
          </w:tcPr>
          <w:p w14:paraId="258C18DC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Descrizione sintetica</w:t>
            </w:r>
          </w:p>
        </w:tc>
        <w:tc>
          <w:tcPr>
            <w:tcW w:w="1568" w:type="dxa"/>
            <w:shd w:val="clear" w:color="auto" w:fill="333333"/>
          </w:tcPr>
          <w:p w14:paraId="0AA27310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Modalità</w:t>
            </w:r>
          </w:p>
        </w:tc>
        <w:tc>
          <w:tcPr>
            <w:tcW w:w="1568" w:type="dxa"/>
            <w:shd w:val="clear" w:color="auto" w:fill="333333"/>
          </w:tcPr>
          <w:p w14:paraId="1524D6B3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Destinatari</w:t>
            </w:r>
          </w:p>
        </w:tc>
        <w:tc>
          <w:tcPr>
            <w:tcW w:w="1568" w:type="dxa"/>
            <w:shd w:val="clear" w:color="auto" w:fill="333333"/>
          </w:tcPr>
          <w:p w14:paraId="414D591C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Periodo di svolgimento</w:t>
            </w:r>
          </w:p>
        </w:tc>
      </w:tr>
      <w:tr w:rsidR="002672E2" w:rsidRPr="000E631A" w14:paraId="4D138C08" w14:textId="77777777">
        <w:trPr>
          <w:jc w:val="center"/>
        </w:trPr>
        <w:tc>
          <w:tcPr>
            <w:tcW w:w="1568" w:type="dxa"/>
          </w:tcPr>
          <w:p w14:paraId="3DF55318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1</w:t>
            </w:r>
          </w:p>
        </w:tc>
        <w:tc>
          <w:tcPr>
            <w:tcW w:w="1568" w:type="dxa"/>
          </w:tcPr>
          <w:p w14:paraId="078181E2" w14:textId="5204A21D" w:rsidR="00DB2C1E" w:rsidRPr="000E631A" w:rsidRDefault="002672E2" w:rsidP="002672E2">
            <w:pPr>
              <w:tabs>
                <w:tab w:val="center" w:pos="676"/>
              </w:tabs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ab/>
            </w:r>
          </w:p>
        </w:tc>
        <w:tc>
          <w:tcPr>
            <w:tcW w:w="1568" w:type="dxa"/>
          </w:tcPr>
          <w:p w14:paraId="0E607D7E" w14:textId="2163283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26BAFBB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6E56F351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18C15CD8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2672E2" w:rsidRPr="000E631A" w14:paraId="02BAAC42" w14:textId="77777777">
        <w:trPr>
          <w:jc w:val="center"/>
        </w:trPr>
        <w:tc>
          <w:tcPr>
            <w:tcW w:w="1568" w:type="dxa"/>
            <w:shd w:val="clear" w:color="auto" w:fill="F2F2F2"/>
          </w:tcPr>
          <w:p w14:paraId="01EFE647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2</w:t>
            </w:r>
          </w:p>
        </w:tc>
        <w:tc>
          <w:tcPr>
            <w:tcW w:w="1568" w:type="dxa"/>
            <w:shd w:val="clear" w:color="auto" w:fill="F2F2F2"/>
          </w:tcPr>
          <w:p w14:paraId="6B61DD5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2474A77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2A48BFB8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43EFC09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5FBD783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2672E2" w:rsidRPr="000E631A" w14:paraId="2F9A5FDA" w14:textId="77777777">
        <w:trPr>
          <w:jc w:val="center"/>
        </w:trPr>
        <w:tc>
          <w:tcPr>
            <w:tcW w:w="1568" w:type="dxa"/>
          </w:tcPr>
          <w:p w14:paraId="4E6F0943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3</w:t>
            </w:r>
          </w:p>
        </w:tc>
        <w:tc>
          <w:tcPr>
            <w:tcW w:w="1568" w:type="dxa"/>
          </w:tcPr>
          <w:p w14:paraId="14C32C68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1E8B4CD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610F199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1B556EA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3782CA5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2672E2" w:rsidRPr="000E631A" w14:paraId="26064123" w14:textId="77777777">
        <w:trPr>
          <w:jc w:val="center"/>
        </w:trPr>
        <w:tc>
          <w:tcPr>
            <w:tcW w:w="1568" w:type="dxa"/>
            <w:shd w:val="clear" w:color="auto" w:fill="F2F2F2"/>
          </w:tcPr>
          <w:p w14:paraId="505BF0A8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4</w:t>
            </w:r>
          </w:p>
        </w:tc>
        <w:tc>
          <w:tcPr>
            <w:tcW w:w="1568" w:type="dxa"/>
            <w:shd w:val="clear" w:color="auto" w:fill="F2F2F2"/>
          </w:tcPr>
          <w:p w14:paraId="722C3B4A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25EB730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54A9AC9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0C4EE1C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  <w:shd w:val="clear" w:color="auto" w:fill="F2F2F2"/>
          </w:tcPr>
          <w:p w14:paraId="4938E06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2672E2" w:rsidRPr="000E631A" w14:paraId="3FC0A0F3" w14:textId="77777777">
        <w:trPr>
          <w:jc w:val="center"/>
        </w:trPr>
        <w:tc>
          <w:tcPr>
            <w:tcW w:w="1568" w:type="dxa"/>
          </w:tcPr>
          <w:p w14:paraId="58FDB481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lastRenderedPageBreak/>
              <w:t>5</w:t>
            </w:r>
          </w:p>
        </w:tc>
        <w:tc>
          <w:tcPr>
            <w:tcW w:w="1568" w:type="dxa"/>
          </w:tcPr>
          <w:p w14:paraId="18029C12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372A24E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66D65488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4775E27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8" w:type="dxa"/>
          </w:tcPr>
          <w:p w14:paraId="107DA8C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5BEB6F21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7213318F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C.4 — Metodologie adottate</w:t>
      </w:r>
    </w:p>
    <w:p w14:paraId="2B781F1E" w14:textId="5BB9B3CC" w:rsidR="00772A77" w:rsidRPr="000E631A" w:rsidRDefault="62EEFB44" w:rsidP="62EEFB44">
      <w:pPr>
        <w:rPr>
          <w:rFonts w:ascii="Times New Roman" w:hAnsi="Times New Roman" w:cs="Times New Roman"/>
          <w:lang w:val="it-IT"/>
        </w:rPr>
      </w:pPr>
      <w:r w:rsidRPr="62EEFB44">
        <w:rPr>
          <w:rFonts w:ascii="Times New Roman" w:hAnsi="Times New Roman" w:cs="Times New Roman"/>
          <w:i/>
          <w:iCs/>
          <w:lang w:val="it-IT"/>
        </w:rPr>
        <w:t>Illustrare le metodologie didattiche e di coinvolgimento adottate: lezioni frontali, workshop, laboratori, peer education, debate, focus group, ecc. Massimo 1500 caratteri</w:t>
      </w:r>
    </w:p>
    <w:p w14:paraId="65611C5B" w14:textId="3A4E8AA8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406"/>
      </w:tblGrid>
      <w:tr w:rsidR="00DB2C1E" w:rsidRPr="000E631A" w14:paraId="11E4C86F" w14:textId="77777777">
        <w:trPr>
          <w:jc w:val="center"/>
        </w:trPr>
        <w:tc>
          <w:tcPr>
            <w:tcW w:w="9406" w:type="dxa"/>
            <w:shd w:val="clear" w:color="auto" w:fill="333333"/>
          </w:tcPr>
          <w:p w14:paraId="5989ADFE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Descrizione delle metodologie</w:t>
            </w:r>
          </w:p>
        </w:tc>
      </w:tr>
      <w:tr w:rsidR="00DB2C1E" w:rsidRPr="000E631A" w14:paraId="7FA885E0" w14:textId="77777777">
        <w:trPr>
          <w:jc w:val="center"/>
        </w:trPr>
        <w:tc>
          <w:tcPr>
            <w:tcW w:w="9406" w:type="dxa"/>
          </w:tcPr>
          <w:p w14:paraId="10EA180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7F24F18F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4753FFA6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C.5 — Attori coinvolti</w:t>
      </w:r>
    </w:p>
    <w:p w14:paraId="7C835127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Indicare il numero stimato e il ruolo dei soggetti coinvolti nel progetto.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B2C1E" w:rsidRPr="000E631A" w14:paraId="093375A7" w14:textId="77777777">
        <w:trPr>
          <w:jc w:val="center"/>
        </w:trPr>
        <w:tc>
          <w:tcPr>
            <w:tcW w:w="3135" w:type="dxa"/>
            <w:shd w:val="clear" w:color="auto" w:fill="333333"/>
          </w:tcPr>
          <w:p w14:paraId="54CD3ACE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Categoria</w:t>
            </w:r>
          </w:p>
        </w:tc>
        <w:tc>
          <w:tcPr>
            <w:tcW w:w="3135" w:type="dxa"/>
            <w:shd w:val="clear" w:color="auto" w:fill="333333"/>
          </w:tcPr>
          <w:p w14:paraId="6055D191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N. stimato</w:t>
            </w:r>
          </w:p>
        </w:tc>
        <w:tc>
          <w:tcPr>
            <w:tcW w:w="3135" w:type="dxa"/>
            <w:shd w:val="clear" w:color="auto" w:fill="333333"/>
          </w:tcPr>
          <w:p w14:paraId="5755949F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Ruolo nel progetto</w:t>
            </w:r>
          </w:p>
        </w:tc>
      </w:tr>
      <w:tr w:rsidR="00DB2C1E" w:rsidRPr="000E631A" w14:paraId="2C36715A" w14:textId="77777777">
        <w:trPr>
          <w:jc w:val="center"/>
        </w:trPr>
        <w:tc>
          <w:tcPr>
            <w:tcW w:w="3135" w:type="dxa"/>
          </w:tcPr>
          <w:p w14:paraId="16352BA3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Docenti / Ricercatori dell'Ateneo</w:t>
            </w:r>
          </w:p>
        </w:tc>
        <w:tc>
          <w:tcPr>
            <w:tcW w:w="3135" w:type="dxa"/>
          </w:tcPr>
          <w:p w14:paraId="10D7C6E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40F5AE8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67619F5B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3FA75586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Studenti dell'Ateneo</w:t>
            </w:r>
          </w:p>
        </w:tc>
        <w:tc>
          <w:tcPr>
            <w:tcW w:w="3135" w:type="dxa"/>
            <w:shd w:val="clear" w:color="auto" w:fill="F2F2F2"/>
          </w:tcPr>
          <w:p w14:paraId="1188C8A1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47857EE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B6F4E07" w14:textId="77777777">
        <w:trPr>
          <w:jc w:val="center"/>
        </w:trPr>
        <w:tc>
          <w:tcPr>
            <w:tcW w:w="3135" w:type="dxa"/>
          </w:tcPr>
          <w:p w14:paraId="272B5E8C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Personale tecnico-amministrativo</w:t>
            </w:r>
          </w:p>
        </w:tc>
        <w:tc>
          <w:tcPr>
            <w:tcW w:w="3135" w:type="dxa"/>
          </w:tcPr>
          <w:p w14:paraId="45D6D75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5E0FB3B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E3FAAD3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18111965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Docenti / Dirigenti scolastici (mondo della scuola)</w:t>
            </w:r>
          </w:p>
        </w:tc>
        <w:tc>
          <w:tcPr>
            <w:tcW w:w="3135" w:type="dxa"/>
            <w:shd w:val="clear" w:color="auto" w:fill="F2F2F2"/>
          </w:tcPr>
          <w:p w14:paraId="6307E9A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419C24E1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A63EC5C" w14:textId="77777777">
        <w:trPr>
          <w:jc w:val="center"/>
        </w:trPr>
        <w:tc>
          <w:tcPr>
            <w:tcW w:w="3135" w:type="dxa"/>
          </w:tcPr>
          <w:p w14:paraId="0B892763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Esperti / Relatori esterni</w:t>
            </w:r>
          </w:p>
        </w:tc>
        <w:tc>
          <w:tcPr>
            <w:tcW w:w="3135" w:type="dxa"/>
          </w:tcPr>
          <w:p w14:paraId="27B8C66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76A105A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50EDECA1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066F3A8D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Partner istituzionali / associativi</w:t>
            </w:r>
          </w:p>
        </w:tc>
        <w:tc>
          <w:tcPr>
            <w:tcW w:w="3135" w:type="dxa"/>
            <w:shd w:val="clear" w:color="auto" w:fill="F2F2F2"/>
          </w:tcPr>
          <w:p w14:paraId="7425DE61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6BD1210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79E4D626" w14:textId="77777777">
        <w:trPr>
          <w:jc w:val="center"/>
        </w:trPr>
        <w:tc>
          <w:tcPr>
            <w:tcW w:w="3135" w:type="dxa"/>
          </w:tcPr>
          <w:p w14:paraId="529BAE89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Altro (specificare)</w:t>
            </w:r>
          </w:p>
        </w:tc>
        <w:tc>
          <w:tcPr>
            <w:tcW w:w="3135" w:type="dxa"/>
          </w:tcPr>
          <w:p w14:paraId="398393A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07C3B43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5AF876E6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08F64294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C.6 — Partenariati e reti</w:t>
      </w:r>
    </w:p>
    <w:p w14:paraId="6A64E641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Indicare eventuali istituzioni, associazioni, enti pubblici o privati e/o partner internazionali coinvolti nel progetto, specificando il ruolo di ciascuno.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B2C1E" w:rsidRPr="000E631A" w14:paraId="35FCE9A2" w14:textId="77777777">
        <w:trPr>
          <w:jc w:val="center"/>
        </w:trPr>
        <w:tc>
          <w:tcPr>
            <w:tcW w:w="3135" w:type="dxa"/>
            <w:shd w:val="clear" w:color="auto" w:fill="333333"/>
          </w:tcPr>
          <w:p w14:paraId="3BE2382F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Soggetto partner</w:t>
            </w:r>
          </w:p>
        </w:tc>
        <w:tc>
          <w:tcPr>
            <w:tcW w:w="3135" w:type="dxa"/>
            <w:shd w:val="clear" w:color="auto" w:fill="333333"/>
          </w:tcPr>
          <w:p w14:paraId="7092447A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Tipologia</w:t>
            </w:r>
          </w:p>
        </w:tc>
        <w:tc>
          <w:tcPr>
            <w:tcW w:w="3135" w:type="dxa"/>
            <w:shd w:val="clear" w:color="auto" w:fill="333333"/>
          </w:tcPr>
          <w:p w14:paraId="365A019E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Ruolo nel progetto</w:t>
            </w:r>
          </w:p>
        </w:tc>
      </w:tr>
      <w:tr w:rsidR="00DB2C1E" w:rsidRPr="000E631A" w14:paraId="2EFBC211" w14:textId="77777777">
        <w:trPr>
          <w:jc w:val="center"/>
        </w:trPr>
        <w:tc>
          <w:tcPr>
            <w:tcW w:w="3135" w:type="dxa"/>
          </w:tcPr>
          <w:p w14:paraId="429BC08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C3591E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5E2AE76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58FF683B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0B50DEB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387DED5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52065BD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66A94E0A" w14:textId="77777777">
        <w:trPr>
          <w:jc w:val="center"/>
        </w:trPr>
        <w:tc>
          <w:tcPr>
            <w:tcW w:w="3135" w:type="dxa"/>
          </w:tcPr>
          <w:p w14:paraId="594E80B0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33ABD74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26F6602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0823C461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0239B38D" w14:textId="6AC5300E" w:rsidR="00DB2C1E" w:rsidRPr="003E6910" w:rsidRDefault="00C33BD8" w:rsidP="001D4294">
      <w:pPr>
        <w:rPr>
          <w:rFonts w:ascii="Times New Roman" w:hAnsi="Times New Roman" w:cs="Times New Roman"/>
          <w:b/>
          <w:bCs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  <w:r w:rsidRPr="003E6910">
        <w:rPr>
          <w:rFonts w:ascii="Times New Roman" w:hAnsi="Times New Roman" w:cs="Times New Roman"/>
          <w:b/>
          <w:bCs/>
          <w:color w:val="1A1A1A"/>
          <w:sz w:val="36"/>
          <w:lang w:val="it-IT"/>
        </w:rPr>
        <w:lastRenderedPageBreak/>
        <w:t>Sezione D — Prodotti, Risultati Attesi e Indicatori</w:t>
      </w:r>
    </w:p>
    <w:p w14:paraId="7AA9DEEB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D.1 — Prodotti e servizi resi</w:t>
      </w:r>
    </w:p>
    <w:p w14:paraId="61D9CE24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Elencare i principali output del progetto (es. numero di eventi realizzati, materiali prodotti, piattaforme, pubblicazioni, ecc.).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B2C1E" w:rsidRPr="000E631A" w14:paraId="0E54F8C4" w14:textId="77777777">
        <w:trPr>
          <w:jc w:val="center"/>
        </w:trPr>
        <w:tc>
          <w:tcPr>
            <w:tcW w:w="3135" w:type="dxa"/>
            <w:shd w:val="clear" w:color="auto" w:fill="333333"/>
          </w:tcPr>
          <w:p w14:paraId="7BC613B7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Prodotto / Servizio</w:t>
            </w:r>
          </w:p>
        </w:tc>
        <w:tc>
          <w:tcPr>
            <w:tcW w:w="3135" w:type="dxa"/>
            <w:shd w:val="clear" w:color="auto" w:fill="333333"/>
          </w:tcPr>
          <w:p w14:paraId="78EF4F1C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Descrizione</w:t>
            </w:r>
          </w:p>
        </w:tc>
        <w:tc>
          <w:tcPr>
            <w:tcW w:w="3135" w:type="dxa"/>
            <w:shd w:val="clear" w:color="auto" w:fill="333333"/>
          </w:tcPr>
          <w:p w14:paraId="0FBADA4A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Quantità stimata</w:t>
            </w:r>
          </w:p>
        </w:tc>
      </w:tr>
      <w:tr w:rsidR="00DB2C1E" w:rsidRPr="000E631A" w14:paraId="2099D7F8" w14:textId="77777777">
        <w:trPr>
          <w:jc w:val="center"/>
        </w:trPr>
        <w:tc>
          <w:tcPr>
            <w:tcW w:w="3135" w:type="dxa"/>
          </w:tcPr>
          <w:p w14:paraId="6CD82D4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3C4EC25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3482FFB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3D6246F8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48FF048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7A5EB60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1E79B00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0FF6A52" w14:textId="77777777">
        <w:trPr>
          <w:jc w:val="center"/>
        </w:trPr>
        <w:tc>
          <w:tcPr>
            <w:tcW w:w="3135" w:type="dxa"/>
          </w:tcPr>
          <w:p w14:paraId="7E4976CD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35F871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2CE577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019E94B3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3BBB4063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D.2 — Esiti e impatto atteso</w:t>
      </w:r>
    </w:p>
    <w:p w14:paraId="5AFF3984" w14:textId="445C2692" w:rsidR="00D5722C" w:rsidRPr="000E631A" w:rsidRDefault="62EEFB44" w:rsidP="62EEFB44">
      <w:pPr>
        <w:rPr>
          <w:rFonts w:ascii="Times New Roman" w:hAnsi="Times New Roman" w:cs="Times New Roman"/>
          <w:lang w:val="it-IT"/>
        </w:rPr>
      </w:pPr>
      <w:r w:rsidRPr="62EEFB44">
        <w:rPr>
          <w:rFonts w:ascii="Times New Roman" w:hAnsi="Times New Roman" w:cs="Times New Roman"/>
          <w:i/>
          <w:iCs/>
          <w:lang w:val="it-IT"/>
        </w:rPr>
        <w:t>Descrivere i risultati attesi in termini qualitativi e quantitativi, con riferimento al numero di beneficiari raggiunti e alla ricaduta sul territorio e sulla comunità accademica. Massimo 1500 caratteri</w:t>
      </w:r>
    </w:p>
    <w:p w14:paraId="19A1F9FF" w14:textId="0C4E530D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9406"/>
      </w:tblGrid>
      <w:tr w:rsidR="00DB2C1E" w:rsidRPr="000E631A" w14:paraId="0BD6F8F6" w14:textId="77777777">
        <w:trPr>
          <w:jc w:val="center"/>
        </w:trPr>
        <w:tc>
          <w:tcPr>
            <w:tcW w:w="9406" w:type="dxa"/>
            <w:shd w:val="clear" w:color="auto" w:fill="333333"/>
          </w:tcPr>
          <w:p w14:paraId="76007D61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Descrizione degli esiti e dell'impatto atteso</w:t>
            </w:r>
          </w:p>
        </w:tc>
      </w:tr>
      <w:tr w:rsidR="00DB2C1E" w:rsidRPr="000E631A" w14:paraId="63D910D3" w14:textId="77777777">
        <w:trPr>
          <w:jc w:val="center"/>
        </w:trPr>
        <w:tc>
          <w:tcPr>
            <w:tcW w:w="9406" w:type="dxa"/>
          </w:tcPr>
          <w:p w14:paraId="5119BF9F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1967553B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2C3D8576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D.3 — Indicatori di monitoraggio e valutazione</w:t>
      </w:r>
    </w:p>
    <w:p w14:paraId="4F35CF37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Indicare gli indicatori utilizzati per misurare il raggiungimento degli obiettivi, specificando il valore di partenza (baseline) e il target atteso.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B2C1E" w:rsidRPr="000E631A" w14:paraId="5F0D16CE" w14:textId="77777777">
        <w:trPr>
          <w:jc w:val="center"/>
        </w:trPr>
        <w:tc>
          <w:tcPr>
            <w:tcW w:w="3135" w:type="dxa"/>
            <w:shd w:val="clear" w:color="auto" w:fill="333333"/>
          </w:tcPr>
          <w:p w14:paraId="5E5B5888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Indicatore</w:t>
            </w:r>
          </w:p>
        </w:tc>
        <w:tc>
          <w:tcPr>
            <w:tcW w:w="3135" w:type="dxa"/>
            <w:shd w:val="clear" w:color="auto" w:fill="333333"/>
          </w:tcPr>
          <w:p w14:paraId="7160344B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Baseline</w:t>
            </w:r>
          </w:p>
        </w:tc>
        <w:tc>
          <w:tcPr>
            <w:tcW w:w="3135" w:type="dxa"/>
            <w:shd w:val="clear" w:color="auto" w:fill="333333"/>
          </w:tcPr>
          <w:p w14:paraId="12C307C0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Target</w:t>
            </w:r>
          </w:p>
        </w:tc>
      </w:tr>
      <w:tr w:rsidR="00DB2C1E" w:rsidRPr="000E631A" w14:paraId="76B8BB8F" w14:textId="77777777">
        <w:trPr>
          <w:jc w:val="center"/>
        </w:trPr>
        <w:tc>
          <w:tcPr>
            <w:tcW w:w="3135" w:type="dxa"/>
          </w:tcPr>
          <w:p w14:paraId="1430D6AC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N. partecipanti alle attività</w:t>
            </w:r>
          </w:p>
        </w:tc>
        <w:tc>
          <w:tcPr>
            <w:tcW w:w="3135" w:type="dxa"/>
          </w:tcPr>
          <w:p w14:paraId="30A8454C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4277530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580CE8C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28004780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N. eventi / iniziative realizzati</w:t>
            </w:r>
          </w:p>
        </w:tc>
        <w:tc>
          <w:tcPr>
            <w:tcW w:w="3135" w:type="dxa"/>
            <w:shd w:val="clear" w:color="auto" w:fill="F2F2F2"/>
          </w:tcPr>
          <w:p w14:paraId="2DC3B85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4884B0D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4AAE2423" w14:textId="77777777">
        <w:trPr>
          <w:jc w:val="center"/>
        </w:trPr>
        <w:tc>
          <w:tcPr>
            <w:tcW w:w="3135" w:type="dxa"/>
          </w:tcPr>
          <w:p w14:paraId="59808B4D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N. istituzioni partner coinvolte</w:t>
            </w:r>
          </w:p>
        </w:tc>
        <w:tc>
          <w:tcPr>
            <w:tcW w:w="3135" w:type="dxa"/>
          </w:tcPr>
          <w:p w14:paraId="336CFCE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772E6A3A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34FB484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15AD304E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N. materiali prodotti e/o diffusi</w:t>
            </w:r>
          </w:p>
        </w:tc>
        <w:tc>
          <w:tcPr>
            <w:tcW w:w="3135" w:type="dxa"/>
            <w:shd w:val="clear" w:color="auto" w:fill="F2F2F2"/>
          </w:tcPr>
          <w:p w14:paraId="3022CECB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42640CE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3FF46D36" w14:textId="77777777">
        <w:trPr>
          <w:jc w:val="center"/>
        </w:trPr>
        <w:tc>
          <w:tcPr>
            <w:tcW w:w="3135" w:type="dxa"/>
          </w:tcPr>
          <w:p w14:paraId="73CCE113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N. Atenei / scuole coinvolti</w:t>
            </w:r>
          </w:p>
        </w:tc>
        <w:tc>
          <w:tcPr>
            <w:tcW w:w="3135" w:type="dxa"/>
          </w:tcPr>
          <w:p w14:paraId="15E38DCA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55C349D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5B0A4FBC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1F0E7B9F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Altro (specificare)</w:t>
            </w:r>
          </w:p>
        </w:tc>
        <w:tc>
          <w:tcPr>
            <w:tcW w:w="3135" w:type="dxa"/>
            <w:shd w:val="clear" w:color="auto" w:fill="F2F2F2"/>
          </w:tcPr>
          <w:p w14:paraId="09A955C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404CBD6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7D79FF16" w14:textId="2CAAC6FB" w:rsidR="00DB2C1E" w:rsidRPr="003E6910" w:rsidRDefault="00C33BD8" w:rsidP="00D5722C">
      <w:pPr>
        <w:rPr>
          <w:rFonts w:ascii="Times New Roman" w:hAnsi="Times New Roman" w:cs="Times New Roman"/>
          <w:b/>
          <w:bCs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  <w:r w:rsidRPr="003E6910">
        <w:rPr>
          <w:rFonts w:ascii="Times New Roman" w:hAnsi="Times New Roman" w:cs="Times New Roman"/>
          <w:b/>
          <w:bCs/>
          <w:color w:val="1A1A1A"/>
          <w:sz w:val="36"/>
          <w:lang w:val="it-IT"/>
        </w:rPr>
        <w:lastRenderedPageBreak/>
        <w:t>Sezione E — Piano Finanziario</w:t>
      </w:r>
    </w:p>
    <w:p w14:paraId="4C3BE53B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i/>
          <w:lang w:val="it-IT"/>
        </w:rPr>
        <w:t>Il contributo concesso può coprire fino all'80% dei costi ammissibili. L'importo massimo finanziabile dal MUR è di euro 15.000,00. Il piano deve essere coerente con le attività descritte nella Sezione C.</w:t>
      </w:r>
    </w:p>
    <w:p w14:paraId="30D5D430" w14:textId="77777777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E.1 — Quadro finanziario generale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703"/>
        <w:gridCol w:w="4703"/>
      </w:tblGrid>
      <w:tr w:rsidR="00DB2C1E" w:rsidRPr="000E631A" w14:paraId="3EC870D9" w14:textId="77777777">
        <w:trPr>
          <w:jc w:val="center"/>
        </w:trPr>
        <w:tc>
          <w:tcPr>
            <w:tcW w:w="4703" w:type="dxa"/>
            <w:shd w:val="clear" w:color="auto" w:fill="333333"/>
          </w:tcPr>
          <w:p w14:paraId="163A016B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Voce</w:t>
            </w:r>
          </w:p>
        </w:tc>
        <w:tc>
          <w:tcPr>
            <w:tcW w:w="4703" w:type="dxa"/>
            <w:shd w:val="clear" w:color="auto" w:fill="333333"/>
          </w:tcPr>
          <w:p w14:paraId="4A552064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Importo (€)</w:t>
            </w:r>
          </w:p>
        </w:tc>
      </w:tr>
      <w:tr w:rsidR="00DB2C1E" w:rsidRPr="000E631A" w14:paraId="2BAFE40C" w14:textId="77777777">
        <w:trPr>
          <w:jc w:val="center"/>
        </w:trPr>
        <w:tc>
          <w:tcPr>
            <w:tcW w:w="4703" w:type="dxa"/>
          </w:tcPr>
          <w:p w14:paraId="2A9E0A7A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Importo totale del progetto</w:t>
            </w:r>
          </w:p>
        </w:tc>
        <w:tc>
          <w:tcPr>
            <w:tcW w:w="4703" w:type="dxa"/>
          </w:tcPr>
          <w:p w14:paraId="0C04B56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32FF377B" w14:textId="77777777">
        <w:trPr>
          <w:jc w:val="center"/>
        </w:trPr>
        <w:tc>
          <w:tcPr>
            <w:tcW w:w="4703" w:type="dxa"/>
            <w:shd w:val="clear" w:color="auto" w:fill="F2F2F2"/>
          </w:tcPr>
          <w:p w14:paraId="15CC599C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Contributo richiesto al Fondo MUR (max 80% — max € 15.000,00)</w:t>
            </w:r>
          </w:p>
        </w:tc>
        <w:tc>
          <w:tcPr>
            <w:tcW w:w="4703" w:type="dxa"/>
            <w:shd w:val="clear" w:color="auto" w:fill="F2F2F2"/>
          </w:tcPr>
          <w:p w14:paraId="5B96607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314CD9EB" w14:textId="77777777">
        <w:trPr>
          <w:jc w:val="center"/>
        </w:trPr>
        <w:tc>
          <w:tcPr>
            <w:tcW w:w="4703" w:type="dxa"/>
          </w:tcPr>
          <w:p w14:paraId="04002E66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Cofinanziamento dell'Ateneo e/o di soggetti terzi (min. 20%)</w:t>
            </w:r>
          </w:p>
        </w:tc>
        <w:tc>
          <w:tcPr>
            <w:tcW w:w="4703" w:type="dxa"/>
          </w:tcPr>
          <w:p w14:paraId="1600A1D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6C50E409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76491B09" w14:textId="41A60D2F" w:rsidR="00DB2C1E" w:rsidRPr="000E631A" w:rsidRDefault="00C33BD8">
      <w:pPr>
        <w:pStyle w:val="Titolo2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333333"/>
          <w:sz w:val="28"/>
          <w:lang w:val="it-IT"/>
        </w:rPr>
        <w:t>E.2 — Budget di dettaglio</w:t>
      </w:r>
      <w:r w:rsidR="00A73241">
        <w:rPr>
          <w:rFonts w:ascii="Times New Roman" w:hAnsi="Times New Roman" w:cs="Times New Roman"/>
          <w:color w:val="333333"/>
          <w:sz w:val="28"/>
          <w:lang w:val="it-IT"/>
        </w:rPr>
        <w:t xml:space="preserve"> (voci di spese indicative e non vincolanti)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DB2C1E" w:rsidRPr="000E631A" w14:paraId="7A04C2AC" w14:textId="77777777">
        <w:trPr>
          <w:jc w:val="center"/>
        </w:trPr>
        <w:tc>
          <w:tcPr>
            <w:tcW w:w="3135" w:type="dxa"/>
            <w:shd w:val="clear" w:color="auto" w:fill="333333"/>
          </w:tcPr>
          <w:p w14:paraId="6D9F2C84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Voce di spesa</w:t>
            </w:r>
          </w:p>
        </w:tc>
        <w:tc>
          <w:tcPr>
            <w:tcW w:w="3135" w:type="dxa"/>
            <w:shd w:val="clear" w:color="auto" w:fill="333333"/>
          </w:tcPr>
          <w:p w14:paraId="0E7BB4B9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Descrizione analitica</w:t>
            </w:r>
          </w:p>
        </w:tc>
        <w:tc>
          <w:tcPr>
            <w:tcW w:w="3135" w:type="dxa"/>
            <w:shd w:val="clear" w:color="auto" w:fill="333333"/>
          </w:tcPr>
          <w:p w14:paraId="3AD0DEEB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Importo (€)</w:t>
            </w:r>
          </w:p>
        </w:tc>
      </w:tr>
      <w:tr w:rsidR="00DB2C1E" w:rsidRPr="000E631A" w14:paraId="1A0BBD22" w14:textId="77777777">
        <w:trPr>
          <w:jc w:val="center"/>
        </w:trPr>
        <w:tc>
          <w:tcPr>
            <w:tcW w:w="3135" w:type="dxa"/>
          </w:tcPr>
          <w:p w14:paraId="23AD3081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Personale (docenti, ricercatori, collaboratori)</w:t>
            </w:r>
          </w:p>
        </w:tc>
        <w:tc>
          <w:tcPr>
            <w:tcW w:w="3135" w:type="dxa"/>
          </w:tcPr>
          <w:p w14:paraId="462A8D9E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987CE8C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6BF7A49B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4F6386E2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Spese per eventi e manifestazioni</w:t>
            </w:r>
          </w:p>
        </w:tc>
        <w:tc>
          <w:tcPr>
            <w:tcW w:w="3135" w:type="dxa"/>
            <w:shd w:val="clear" w:color="auto" w:fill="F2F2F2"/>
          </w:tcPr>
          <w:p w14:paraId="383A7B8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36A17AFA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5E7F944" w14:textId="77777777">
        <w:trPr>
          <w:jc w:val="center"/>
        </w:trPr>
        <w:tc>
          <w:tcPr>
            <w:tcW w:w="3135" w:type="dxa"/>
          </w:tcPr>
          <w:p w14:paraId="1672BBB5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Materiali didattici e divulgativi</w:t>
            </w:r>
          </w:p>
        </w:tc>
        <w:tc>
          <w:tcPr>
            <w:tcW w:w="3135" w:type="dxa"/>
          </w:tcPr>
          <w:p w14:paraId="4A97C9B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3C22962C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4339DF53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7F527307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Spese di comunicazione e disseminazione</w:t>
            </w:r>
          </w:p>
        </w:tc>
        <w:tc>
          <w:tcPr>
            <w:tcW w:w="3135" w:type="dxa"/>
            <w:shd w:val="clear" w:color="auto" w:fill="F2F2F2"/>
          </w:tcPr>
          <w:p w14:paraId="1913BEC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258A3C5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1ABCFD8F" w14:textId="77777777">
        <w:trPr>
          <w:jc w:val="center"/>
        </w:trPr>
        <w:tc>
          <w:tcPr>
            <w:tcW w:w="3135" w:type="dxa"/>
          </w:tcPr>
          <w:p w14:paraId="1E394773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Missioni e mobilità (nazionale e internazionale)</w:t>
            </w:r>
          </w:p>
        </w:tc>
        <w:tc>
          <w:tcPr>
            <w:tcW w:w="3135" w:type="dxa"/>
          </w:tcPr>
          <w:p w14:paraId="1676C785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65D0EA64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7DDDE3EE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5F581AC2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Spese generali e di gestione</w:t>
            </w:r>
          </w:p>
        </w:tc>
        <w:tc>
          <w:tcPr>
            <w:tcW w:w="3135" w:type="dxa"/>
            <w:shd w:val="clear" w:color="auto" w:fill="F2F2F2"/>
          </w:tcPr>
          <w:p w14:paraId="52076D1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01F061A0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CAAE905" w14:textId="77777777">
        <w:trPr>
          <w:jc w:val="center"/>
        </w:trPr>
        <w:tc>
          <w:tcPr>
            <w:tcW w:w="3135" w:type="dxa"/>
          </w:tcPr>
          <w:p w14:paraId="447E1321" w14:textId="77777777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Altro (specificare)</w:t>
            </w:r>
          </w:p>
        </w:tc>
        <w:tc>
          <w:tcPr>
            <w:tcW w:w="3135" w:type="dxa"/>
          </w:tcPr>
          <w:p w14:paraId="33B0B886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</w:tcPr>
          <w:p w14:paraId="1DA3B6DC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2BADCAB0" w14:textId="77777777">
        <w:trPr>
          <w:jc w:val="center"/>
        </w:trPr>
        <w:tc>
          <w:tcPr>
            <w:tcW w:w="3135" w:type="dxa"/>
            <w:shd w:val="clear" w:color="auto" w:fill="F2F2F2"/>
          </w:tcPr>
          <w:p w14:paraId="33BA2927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07C989D3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135" w:type="dxa"/>
            <w:shd w:val="clear" w:color="auto" w:fill="F2F2F2"/>
          </w:tcPr>
          <w:p w14:paraId="59B91029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45459AF4" w14:textId="77777777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64839261" w14:textId="5EDC0D04" w:rsidR="00DB2C1E" w:rsidRPr="000E631A" w:rsidRDefault="00DB2C1E">
      <w:pPr>
        <w:rPr>
          <w:rFonts w:ascii="Times New Roman" w:hAnsi="Times New Roman" w:cs="Times New Roman"/>
          <w:lang w:val="it-IT"/>
        </w:rPr>
      </w:pPr>
    </w:p>
    <w:p w14:paraId="26938E0C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br w:type="page"/>
      </w:r>
    </w:p>
    <w:p w14:paraId="05BD310A" w14:textId="47CC2D07" w:rsidR="00DB2C1E" w:rsidRPr="000E631A" w:rsidRDefault="00C33BD8">
      <w:pPr>
        <w:pStyle w:val="Titolo1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lastRenderedPageBreak/>
        <w:t xml:space="preserve">Sezione </w:t>
      </w:r>
      <w:r w:rsidR="00D67745">
        <w:rPr>
          <w:rFonts w:ascii="Times New Roman" w:hAnsi="Times New Roman" w:cs="Times New Roman"/>
          <w:color w:val="1A1A1A"/>
          <w:sz w:val="36"/>
          <w:lang w:val="it-IT"/>
        </w:rPr>
        <w:t>F</w:t>
      </w:r>
      <w:r w:rsidRPr="000E631A">
        <w:rPr>
          <w:rFonts w:ascii="Times New Roman" w:hAnsi="Times New Roman" w:cs="Times New Roman"/>
          <w:color w:val="1A1A1A"/>
          <w:sz w:val="36"/>
          <w:lang w:val="it-IT"/>
        </w:rPr>
        <w:t xml:space="preserve"> — Dichiarazioni e Sottoscrizioni</w:t>
      </w:r>
    </w:p>
    <w:p w14:paraId="460EF578" w14:textId="301375EB" w:rsidR="00DB2C1E" w:rsidRPr="000E631A" w:rsidRDefault="00D67745">
      <w:pPr>
        <w:pStyle w:val="Titolo2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color w:val="333333"/>
          <w:sz w:val="28"/>
          <w:lang w:val="it-IT"/>
        </w:rPr>
        <w:t>F</w:t>
      </w:r>
      <w:r w:rsidRPr="000E631A">
        <w:rPr>
          <w:rFonts w:ascii="Times New Roman" w:hAnsi="Times New Roman" w:cs="Times New Roman"/>
          <w:color w:val="333333"/>
          <w:sz w:val="28"/>
          <w:lang w:val="it-IT"/>
        </w:rPr>
        <w:t>.1 — Dichiarazione del Rappresentante Legale</w:t>
      </w:r>
    </w:p>
    <w:p w14:paraId="46EBD635" w14:textId="3CB56E73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Il/La sottoscritto/a ________________________________________, nella qualità di</w:t>
      </w:r>
      <w:r w:rsidR="00BA623E">
        <w:rPr>
          <w:rFonts w:ascii="Times New Roman" w:hAnsi="Times New Roman" w:cs="Times New Roman"/>
          <w:lang w:val="it-IT"/>
        </w:rPr>
        <w:t xml:space="preserve"> </w:t>
      </w:r>
      <w:r w:rsidRPr="000E631A">
        <w:rPr>
          <w:rFonts w:ascii="Times New Roman" w:hAnsi="Times New Roman" w:cs="Times New Roman"/>
          <w:b/>
          <w:lang w:val="it-IT"/>
        </w:rPr>
        <w:t>Rettore / D</w:t>
      </w:r>
      <w:r w:rsidR="00BA623E">
        <w:rPr>
          <w:rFonts w:ascii="Times New Roman" w:hAnsi="Times New Roman" w:cs="Times New Roman"/>
          <w:b/>
          <w:lang w:val="it-IT"/>
        </w:rPr>
        <w:t xml:space="preserve">elegato del Rettore </w:t>
      </w:r>
      <w:r w:rsidRPr="000E631A">
        <w:rPr>
          <w:rFonts w:ascii="Times New Roman" w:hAnsi="Times New Roman" w:cs="Times New Roman"/>
          <w:lang w:val="it-IT"/>
        </w:rPr>
        <w:t>dell'Istituzione ________________________________________, consapevole delle responsabilità anche penali derivanti da dichiarazioni mendaci ai sensi del D.P.R. 28 dicembre 2000, n. 445,</w:t>
      </w:r>
    </w:p>
    <w:p w14:paraId="60859262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b/>
          <w:lang w:val="it-IT"/>
        </w:rPr>
        <w:t>DICHIARA</w:t>
      </w:r>
    </w:p>
    <w:p w14:paraId="7F4D9F5A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l'Istituzione è università statale / università non statale legalmente riconosciuta / istituto universitario a ordinamento speciale (barrare la voce pertinente);</w:t>
      </w:r>
    </w:p>
    <w:p w14:paraId="5FE73328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l'Istituzione partecipa alla presente selezione con un solo progetto, come previsto dal bando;</w:t>
      </w:r>
    </w:p>
    <w:p w14:paraId="43A28249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tutte le informazioni contenute nella presente scheda sono veritiere e verificabili;</w:t>
      </w:r>
    </w:p>
    <w:p w14:paraId="4C6D14EB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l'Istituzione si impegna a trasmettere al MUR, entro 90 giorni dalla conclusione delle attività, la relazione finale illustrativa e la rendicontazione delle spese sostenute, ai sensi dell'art. 5 del Decreto MUR n. 597 del 30 aprile 2026;</w:t>
      </w:r>
    </w:p>
    <w:p w14:paraId="0FC85284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l'Istituzione ha preso visione e accetta integralmente le condizioni del presente bando e del Decreto MUR n. 597 del 30 aprile 2026;</w:t>
      </w:r>
    </w:p>
    <w:p w14:paraId="13124EF3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di essere a conoscenza che il mancato rispetto degli obblighi previsti potrà comportare la revoca del finanziamento, anche parziale, e il recupero delle somme già erogate, ai sensi dell'art. 6 del bando;</w:t>
      </w:r>
    </w:p>
    <w:p w14:paraId="406B6E35" w14:textId="77777777" w:rsidR="00DB2C1E" w:rsidRPr="000E631A" w:rsidRDefault="00C33BD8">
      <w:pPr>
        <w:pStyle w:val="Puntoelenco"/>
        <w:rPr>
          <w:rFonts w:ascii="Times New Roman" w:hAnsi="Times New Roman" w:cs="Times New Roman"/>
          <w:lang w:val="it-IT"/>
        </w:rPr>
      </w:pPr>
      <w:r w:rsidRPr="000E631A">
        <w:rPr>
          <w:rFonts w:ascii="Segoe UI Symbol" w:hAnsi="Segoe UI Symbol" w:cs="Segoe UI Symbol"/>
          <w:lang w:val="it-IT"/>
        </w:rPr>
        <w:t>☐</w:t>
      </w:r>
      <w:r w:rsidRPr="000E631A">
        <w:rPr>
          <w:rFonts w:ascii="Times New Roman" w:hAnsi="Times New Roman" w:cs="Times New Roman"/>
          <w:lang w:val="it-IT"/>
        </w:rPr>
        <w:t xml:space="preserve"> che il progetto proposto è coerente con le finalità di cui all'art. 1 del bando e non viola i principi ivi enunciati.</w:t>
      </w:r>
    </w:p>
    <w:p w14:paraId="746FCE5A" w14:textId="061AAEE5" w:rsidR="00DB2C1E" w:rsidRPr="000E631A" w:rsidRDefault="00D67745">
      <w:pPr>
        <w:pStyle w:val="Titolo2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color w:val="333333"/>
          <w:sz w:val="28"/>
          <w:lang w:val="it-IT"/>
        </w:rPr>
        <w:t>F</w:t>
      </w:r>
      <w:r w:rsidRPr="000E631A">
        <w:rPr>
          <w:rFonts w:ascii="Times New Roman" w:hAnsi="Times New Roman" w:cs="Times New Roman"/>
          <w:color w:val="333333"/>
          <w:sz w:val="28"/>
          <w:lang w:val="it-IT"/>
        </w:rPr>
        <w:t>.2 — Firma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ook w:val="04A0" w:firstRow="1" w:lastRow="0" w:firstColumn="1" w:lastColumn="0" w:noHBand="0" w:noVBand="1"/>
      </w:tblPr>
      <w:tblGrid>
        <w:gridCol w:w="4703"/>
        <w:gridCol w:w="4703"/>
      </w:tblGrid>
      <w:tr w:rsidR="00DB2C1E" w:rsidRPr="000E631A" w14:paraId="79C514D4" w14:textId="77777777">
        <w:trPr>
          <w:jc w:val="center"/>
        </w:trPr>
        <w:tc>
          <w:tcPr>
            <w:tcW w:w="4703" w:type="dxa"/>
            <w:shd w:val="clear" w:color="auto" w:fill="333333"/>
          </w:tcPr>
          <w:p w14:paraId="004C5081" w14:textId="77777777" w:rsidR="00DB2C1E" w:rsidRPr="000E631A" w:rsidRDefault="00C33BD8">
            <w:pPr>
              <w:jc w:val="center"/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b/>
                <w:color w:val="FFFFFF"/>
                <w:sz w:val="20"/>
                <w:lang w:val="it-IT"/>
              </w:rPr>
              <w:t>Campo</w:t>
            </w:r>
          </w:p>
        </w:tc>
        <w:tc>
          <w:tcPr>
            <w:tcW w:w="4703" w:type="dxa"/>
            <w:shd w:val="clear" w:color="auto" w:fill="333333"/>
          </w:tcPr>
          <w:p w14:paraId="0AB91772" w14:textId="77777777" w:rsidR="00DB2C1E" w:rsidRPr="000E631A" w:rsidRDefault="00DB2C1E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DB2C1E" w:rsidRPr="000E631A" w14:paraId="772FD6BE" w14:textId="77777777">
        <w:trPr>
          <w:jc w:val="center"/>
        </w:trPr>
        <w:tc>
          <w:tcPr>
            <w:tcW w:w="4703" w:type="dxa"/>
            <w:shd w:val="clear" w:color="auto" w:fill="F2F2F2"/>
          </w:tcPr>
          <w:p w14:paraId="63ACDDC2" w14:textId="0AB2564B" w:rsidR="00DB2C1E" w:rsidRPr="000E631A" w:rsidRDefault="00C33BD8">
            <w:pPr>
              <w:rPr>
                <w:rFonts w:ascii="Times New Roman" w:hAnsi="Times New Roman" w:cs="Times New Roman"/>
                <w:lang w:val="it-IT"/>
              </w:rPr>
            </w:pPr>
            <w:r w:rsidRPr="000E631A">
              <w:rPr>
                <w:rFonts w:ascii="Times New Roman" w:hAnsi="Times New Roman" w:cs="Times New Roman"/>
                <w:sz w:val="20"/>
                <w:lang w:val="it-IT"/>
              </w:rPr>
              <w:t>Firma del R</w:t>
            </w:r>
            <w:r w:rsidR="00E27E06">
              <w:rPr>
                <w:rFonts w:ascii="Times New Roman" w:hAnsi="Times New Roman" w:cs="Times New Roman"/>
                <w:sz w:val="20"/>
                <w:lang w:val="it-IT"/>
              </w:rPr>
              <w:t>ettore</w:t>
            </w:r>
            <w:r w:rsidR="00BB1FDC">
              <w:rPr>
                <w:rFonts w:ascii="Times New Roman" w:hAnsi="Times New Roman" w:cs="Times New Roman"/>
                <w:sz w:val="20"/>
                <w:lang w:val="it-IT"/>
              </w:rPr>
              <w:t xml:space="preserve"> </w:t>
            </w:r>
            <w:r w:rsidR="00CE63C1">
              <w:rPr>
                <w:rFonts w:ascii="Times New Roman" w:hAnsi="Times New Roman" w:cs="Times New Roman"/>
                <w:sz w:val="20"/>
                <w:lang w:val="it-IT"/>
              </w:rPr>
              <w:t xml:space="preserve">/ </w:t>
            </w:r>
            <w:r w:rsidR="00BB1FDC">
              <w:rPr>
                <w:rFonts w:ascii="Times New Roman" w:hAnsi="Times New Roman" w:cs="Times New Roman"/>
                <w:sz w:val="20"/>
                <w:lang w:val="it-IT"/>
              </w:rPr>
              <w:t xml:space="preserve">Soggetto </w:t>
            </w:r>
            <w:r w:rsidR="00CE63C1">
              <w:rPr>
                <w:rFonts w:ascii="Times New Roman" w:hAnsi="Times New Roman" w:cs="Times New Roman"/>
                <w:sz w:val="20"/>
                <w:lang w:val="it-IT"/>
              </w:rPr>
              <w:t>Delegato d</w:t>
            </w:r>
            <w:r w:rsidR="00BB1FDC">
              <w:rPr>
                <w:rFonts w:ascii="Times New Roman" w:hAnsi="Times New Roman" w:cs="Times New Roman"/>
                <w:sz w:val="20"/>
                <w:lang w:val="it-IT"/>
              </w:rPr>
              <w:t>e</w:t>
            </w:r>
            <w:r w:rsidR="00CE63C1">
              <w:rPr>
                <w:rFonts w:ascii="Times New Roman" w:hAnsi="Times New Roman" w:cs="Times New Roman"/>
                <w:sz w:val="20"/>
                <w:lang w:val="it-IT"/>
              </w:rPr>
              <w:t>l Rettore</w:t>
            </w:r>
          </w:p>
        </w:tc>
        <w:tc>
          <w:tcPr>
            <w:tcW w:w="4703" w:type="dxa"/>
            <w:shd w:val="clear" w:color="auto" w:fill="F2F2F2"/>
          </w:tcPr>
          <w:p w14:paraId="79C434F0" w14:textId="77777777" w:rsidR="00DB2C1E" w:rsidRPr="000E631A" w:rsidRDefault="00DB2C1E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7669FEDB" w14:textId="77777777" w:rsidR="003346E0" w:rsidRDefault="003346E0">
      <w:pPr>
        <w:pStyle w:val="Titolo1"/>
        <w:rPr>
          <w:rFonts w:ascii="Times New Roman" w:hAnsi="Times New Roman" w:cs="Times New Roman"/>
          <w:color w:val="1A1A1A"/>
          <w:sz w:val="36"/>
          <w:lang w:val="it-IT"/>
        </w:rPr>
      </w:pPr>
    </w:p>
    <w:p w14:paraId="449EE8FA" w14:textId="77777777" w:rsidR="00E27E06" w:rsidRDefault="00E27E06" w:rsidP="00E27E06">
      <w:pPr>
        <w:rPr>
          <w:lang w:val="it-IT"/>
        </w:rPr>
      </w:pPr>
    </w:p>
    <w:p w14:paraId="3EA419B4" w14:textId="77777777" w:rsidR="00E27E06" w:rsidRPr="00E27E06" w:rsidRDefault="00E27E06" w:rsidP="00E27E06">
      <w:pPr>
        <w:rPr>
          <w:lang w:val="it-IT"/>
        </w:rPr>
      </w:pPr>
    </w:p>
    <w:p w14:paraId="023D54E8" w14:textId="77777777" w:rsidR="003346E0" w:rsidRPr="003346E0" w:rsidRDefault="003346E0" w:rsidP="003346E0">
      <w:pPr>
        <w:rPr>
          <w:lang w:val="it-IT"/>
        </w:rPr>
      </w:pPr>
    </w:p>
    <w:p w14:paraId="7BEDC3EC" w14:textId="21DB5574" w:rsidR="00DB2C1E" w:rsidRPr="000E631A" w:rsidRDefault="00C33BD8">
      <w:pPr>
        <w:pStyle w:val="Titolo1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color w:val="1A1A1A"/>
          <w:sz w:val="36"/>
          <w:lang w:val="it-IT"/>
        </w:rPr>
        <w:lastRenderedPageBreak/>
        <w:t>Allegati alla scheda di progetto</w:t>
      </w:r>
    </w:p>
    <w:p w14:paraId="6B824199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Si richiede di allegare alla presente scheda la seguente documentazione:</w:t>
      </w:r>
    </w:p>
    <w:p w14:paraId="7F1B7700" w14:textId="77777777" w:rsidR="00DB2C1E" w:rsidRPr="000E631A" w:rsidRDefault="00C33BD8">
      <w:pPr>
        <w:pStyle w:val="Numeroelenco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Curriculum vitae del referente scientifico del progetto (formato europeo);</w:t>
      </w:r>
    </w:p>
    <w:p w14:paraId="5BB134E8" w14:textId="77777777" w:rsidR="00DB2C1E" w:rsidRPr="000E631A" w:rsidRDefault="00C33BD8">
      <w:pPr>
        <w:pStyle w:val="Numeroelenco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Lettere di adesione e/o accordi di partenariato con i soggetti partner (se presenti);</w:t>
      </w:r>
    </w:p>
    <w:p w14:paraId="38479680" w14:textId="77777777" w:rsidR="00DB2C1E" w:rsidRPr="000E631A" w:rsidRDefault="00C33BD8">
      <w:pPr>
        <w:pStyle w:val="Numeroelenco"/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Eventuale documentazione attestante esperienze pregresse dell'Ateneo in iniziative analoghe.</w:t>
      </w:r>
    </w:p>
    <w:p w14:paraId="2D658DC2" w14:textId="77777777" w:rsidR="00DB2C1E" w:rsidRPr="000E631A" w:rsidRDefault="00C33BD8">
      <w:pPr>
        <w:rPr>
          <w:rFonts w:ascii="Times New Roman" w:hAnsi="Times New Roman" w:cs="Times New Roman"/>
          <w:lang w:val="it-IT"/>
        </w:rPr>
      </w:pPr>
      <w:r w:rsidRPr="000E631A">
        <w:rPr>
          <w:rFonts w:ascii="Times New Roman" w:hAnsi="Times New Roman" w:cs="Times New Roman"/>
          <w:lang w:val="it-IT"/>
        </w:rPr>
        <w:t>È facoltà dell'Istituzione allegare ulteriore documentazione ritenuta utile ai fini della valutazione del progetto.</w:t>
      </w:r>
    </w:p>
    <w:p w14:paraId="5D41DD4A" w14:textId="545D2919" w:rsidR="00153BC3" w:rsidRPr="00153BC3" w:rsidRDefault="00153BC3" w:rsidP="00153BC3">
      <w:pPr>
        <w:spacing w:before="240"/>
        <w:rPr>
          <w:rFonts w:ascii="Times New Roman" w:hAnsi="Times New Roman" w:cs="Times New Roman"/>
          <w:lang w:val="it-IT"/>
        </w:rPr>
      </w:pPr>
    </w:p>
    <w:p w14:paraId="41288887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6C76FAFF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9021D4F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6E0F858F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2A551A65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0E30BD33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AE9628B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009FB57D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33E4EC2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7C43A88B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5794F642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D8DEA61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2797DBF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11847966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732B07A2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684869BA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p w14:paraId="3574A903" w14:textId="77777777" w:rsidR="00153BC3" w:rsidRDefault="00153BC3" w:rsidP="00153BC3">
      <w:pPr>
        <w:rPr>
          <w:rFonts w:ascii="Times New Roman" w:hAnsi="Times New Roman" w:cs="Times New Roman"/>
          <w:i/>
          <w:color w:val="666666"/>
          <w:sz w:val="18"/>
          <w:lang w:val="it-IT"/>
        </w:rPr>
      </w:pPr>
    </w:p>
    <w:p w14:paraId="46317A3E" w14:textId="732B839F" w:rsidR="00153BC3" w:rsidRPr="00153BC3" w:rsidRDefault="00153BC3" w:rsidP="00153BC3">
      <w:pPr>
        <w:tabs>
          <w:tab w:val="left" w:pos="1580"/>
        </w:tabs>
        <w:rPr>
          <w:rFonts w:ascii="Times New Roman" w:hAnsi="Times New Roman" w:cs="Times New Roman"/>
          <w:sz w:val="18"/>
          <w:lang w:val="it-IT"/>
        </w:rPr>
      </w:pPr>
      <w:r>
        <w:rPr>
          <w:rFonts w:ascii="Times New Roman" w:hAnsi="Times New Roman" w:cs="Times New Roman"/>
          <w:sz w:val="18"/>
          <w:lang w:val="it-IT"/>
        </w:rPr>
        <w:tab/>
      </w:r>
    </w:p>
    <w:p w14:paraId="15664EC5" w14:textId="77777777" w:rsidR="00153BC3" w:rsidRPr="00153BC3" w:rsidRDefault="00153BC3" w:rsidP="00153BC3">
      <w:pPr>
        <w:rPr>
          <w:rFonts w:ascii="Times New Roman" w:hAnsi="Times New Roman" w:cs="Times New Roman"/>
          <w:lang w:val="it-IT"/>
        </w:rPr>
      </w:pPr>
    </w:p>
    <w:sectPr w:rsidR="00153BC3" w:rsidRPr="00153BC3" w:rsidSect="00085582">
      <w:headerReference w:type="default" r:id="rId8"/>
      <w:footerReference w:type="default" r:id="rId9"/>
      <w:pgSz w:w="12240" w:h="15840"/>
      <w:pgMar w:top="1417" w:right="1417" w:bottom="141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55926" w14:textId="77777777" w:rsidR="00930DB0" w:rsidRDefault="00930DB0">
      <w:pPr>
        <w:spacing w:after="0" w:line="240" w:lineRule="auto"/>
      </w:pPr>
      <w:r>
        <w:separator/>
      </w:r>
    </w:p>
  </w:endnote>
  <w:endnote w:type="continuationSeparator" w:id="0">
    <w:p w14:paraId="078DBC06" w14:textId="77777777" w:rsidR="00930DB0" w:rsidRDefault="0093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Kunstler Script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5E4E" w14:textId="5F6B24F9" w:rsidR="00F118FB" w:rsidRPr="00F118FB" w:rsidRDefault="00153BC3" w:rsidP="00153BC3">
    <w:pPr>
      <w:tabs>
        <w:tab w:val="center" w:pos="4819"/>
        <w:tab w:val="right" w:pos="9638"/>
      </w:tabs>
      <w:spacing w:after="0" w:line="240" w:lineRule="auto"/>
      <w:rPr>
        <w:rFonts w:ascii="Times New Roman" w:eastAsia="Calibri" w:hAnsi="Times New Roman" w:cs="Times New Roman"/>
        <w:color w:val="auto"/>
        <w:sz w:val="24"/>
        <w:szCs w:val="24"/>
        <w:lang w:val="it-IT" w:eastAsia="it-IT"/>
      </w:rPr>
    </w:pPr>
    <w:r w:rsidRPr="000E631A">
      <w:rPr>
        <w:rFonts w:ascii="Times New Roman" w:hAnsi="Times New Roman" w:cs="Times New Roman"/>
        <w:i/>
        <w:color w:val="666666"/>
        <w:sz w:val="18"/>
        <w:lang w:val="it-IT"/>
      </w:rPr>
      <w:t xml:space="preserve">Responsabile del procedimento: Dott. Luigi Pievani </w:t>
    </w:r>
    <w:r w:rsidR="00F118FB" w:rsidRPr="00F118FB">
      <w:rPr>
        <w:rFonts w:ascii="Times New Roman" w:eastAsia="Calibri" w:hAnsi="Times New Roman" w:cs="Times New Roman"/>
        <w:color w:val="auto"/>
        <w:sz w:val="24"/>
        <w:szCs w:val="24"/>
        <w:lang w:val="it-IT" w:eastAsia="it-IT"/>
      </w:rPr>
      <w:t>________________________________________________________________________________</w:t>
    </w:r>
  </w:p>
  <w:p w14:paraId="5C26B173" w14:textId="77777777" w:rsidR="00F118FB" w:rsidRPr="00F118FB" w:rsidRDefault="00F118FB" w:rsidP="00F118FB">
    <w:pPr>
      <w:tabs>
        <w:tab w:val="center" w:pos="4819"/>
        <w:tab w:val="right" w:pos="9638"/>
      </w:tabs>
      <w:spacing w:after="0" w:line="240" w:lineRule="exact"/>
      <w:jc w:val="center"/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</w:pPr>
    <w:r w:rsidRPr="00F118FB"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  <w:t>Direzione Generale per le specializzazioni sanitarie, i dottorati di ricerca e altra formazione post-universitaria</w:t>
    </w:r>
  </w:p>
  <w:p w14:paraId="53725DD2" w14:textId="77777777" w:rsidR="00F118FB" w:rsidRPr="00F118FB" w:rsidRDefault="00F118FB" w:rsidP="00F118FB">
    <w:pPr>
      <w:tabs>
        <w:tab w:val="center" w:pos="4819"/>
        <w:tab w:val="right" w:pos="9638"/>
      </w:tabs>
      <w:spacing w:after="0" w:line="240" w:lineRule="exact"/>
      <w:jc w:val="center"/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</w:pPr>
    <w:r w:rsidRPr="00F118FB"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  <w:t>Largo Antonio Ruberti, 1 – 00153 Roma – Tel. 069772 7342 - 7343</w:t>
    </w:r>
  </w:p>
  <w:p w14:paraId="4D6FB899" w14:textId="600EC442" w:rsidR="00DB2C1E" w:rsidRPr="00F118FB" w:rsidRDefault="00F118FB" w:rsidP="00F118FB">
    <w:pPr>
      <w:pStyle w:val="Pidipagina"/>
      <w:jc w:val="center"/>
    </w:pPr>
    <w:r w:rsidRPr="00F118FB"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  <w:t>PEC: dgpostlaurea@pec.mur.</w:t>
    </w:r>
    <w:r w:rsidR="00AA134C">
      <w:rPr>
        <w:rFonts w:ascii="Times New Roman" w:eastAsia="Calibri" w:hAnsi="Times New Roman" w:cs="Times New Roman"/>
        <w:color w:val="auto"/>
        <w:sz w:val="16"/>
        <w:szCs w:val="16"/>
        <w:lang w:val="it-IT" w:eastAsia="it-IT"/>
      </w:rPr>
      <w:t>gov.it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7834" w14:textId="77777777" w:rsidR="00930DB0" w:rsidRDefault="00930DB0">
      <w:pPr>
        <w:spacing w:after="0" w:line="240" w:lineRule="auto"/>
      </w:pPr>
      <w:r>
        <w:separator/>
      </w:r>
    </w:p>
  </w:footnote>
  <w:footnote w:type="continuationSeparator" w:id="0">
    <w:p w14:paraId="1DDF15A4" w14:textId="77777777" w:rsidR="00930DB0" w:rsidRDefault="0093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A7B5" w14:textId="77777777" w:rsidR="00085582" w:rsidRPr="00085582" w:rsidRDefault="00085582" w:rsidP="00085582">
    <w:pPr>
      <w:tabs>
        <w:tab w:val="center" w:pos="4819"/>
        <w:tab w:val="right" w:pos="9638"/>
      </w:tabs>
      <w:spacing w:after="0" w:line="240" w:lineRule="atLeast"/>
      <w:ind w:left="-284" w:right="-285"/>
      <w:rPr>
        <w:rFonts w:ascii="Palace Script MT" w:eastAsia="Calibri" w:hAnsi="Palace Script MT" w:cs="Times New Roman"/>
        <w:b/>
        <w:color w:val="auto"/>
        <w:sz w:val="72"/>
        <w:szCs w:val="58"/>
        <w:lang w:val="it-IT"/>
      </w:rPr>
    </w:pPr>
    <w:r w:rsidRPr="00085582">
      <w:rPr>
        <w:rFonts w:ascii="Calibri" w:eastAsia="Calibri" w:hAnsi="Calibri" w:cs="Times New Roman"/>
        <w:noProof/>
        <w:color w:val="auto"/>
        <w:lang w:val="it-IT" w:eastAsia="it-IT"/>
      </w:rPr>
      <w:drawing>
        <wp:anchor distT="0" distB="0" distL="114300" distR="114300" simplePos="0" relativeHeight="251659264" behindDoc="0" locked="0" layoutInCell="1" allowOverlap="1" wp14:anchorId="4587C192" wp14:editId="0419E96A">
          <wp:simplePos x="0" y="0"/>
          <wp:positionH relativeFrom="column">
            <wp:posOffset>2873375</wp:posOffset>
          </wp:positionH>
          <wp:positionV relativeFrom="paragraph">
            <wp:posOffset>-89757</wp:posOffset>
          </wp:positionV>
          <wp:extent cx="579755" cy="605155"/>
          <wp:effectExtent l="0" t="0" r="0" b="4445"/>
          <wp:wrapNone/>
          <wp:docPr id="1364927925" name="Immagine 1364927925" descr="emblema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3D7AEE" w14:textId="77777777" w:rsidR="00085582" w:rsidRPr="00085582" w:rsidRDefault="00085582" w:rsidP="00085582">
    <w:pPr>
      <w:keepNext/>
      <w:spacing w:after="0" w:line="240" w:lineRule="auto"/>
      <w:ind w:left="-142"/>
      <w:jc w:val="center"/>
      <w:outlineLvl w:val="0"/>
      <w:rPr>
        <w:rFonts w:ascii="Kunstler Script" w:eastAsia="Calibri" w:hAnsi="Kunstler Script" w:cs="Times New Roman"/>
        <w:bCs/>
        <w:color w:val="000000"/>
        <w:sz w:val="72"/>
        <w:szCs w:val="72"/>
        <w:lang w:val="it-IT" w:eastAsia="it-IT"/>
      </w:rPr>
    </w:pPr>
    <w:r w:rsidRPr="00085582">
      <w:rPr>
        <w:rFonts w:ascii="Kunstler Script" w:eastAsia="Calibri" w:hAnsi="Kunstler Script" w:cs="Times New Roman"/>
        <w:bCs/>
        <w:color w:val="000000"/>
        <w:sz w:val="72"/>
        <w:szCs w:val="72"/>
        <w:lang w:val="it-IT" w:eastAsia="it-IT"/>
      </w:rPr>
      <w:t>Ministero dell’Università e della Ricerca</w:t>
    </w:r>
  </w:p>
  <w:p w14:paraId="47A1F4CC" w14:textId="77777777" w:rsidR="00085582" w:rsidRPr="00085582" w:rsidRDefault="00085582" w:rsidP="00085582">
    <w:pPr>
      <w:tabs>
        <w:tab w:val="left" w:pos="1905"/>
        <w:tab w:val="center" w:pos="4819"/>
        <w:tab w:val="right" w:pos="9638"/>
      </w:tabs>
      <w:spacing w:after="0" w:line="240" w:lineRule="auto"/>
      <w:jc w:val="center"/>
      <w:rPr>
        <w:rFonts w:ascii="Palatino Linotype" w:eastAsia="Calibri" w:hAnsi="Palatino Linotype" w:cs="Tahoma"/>
        <w:i/>
        <w:iCs/>
        <w:color w:val="auto"/>
        <w:sz w:val="24"/>
        <w:szCs w:val="24"/>
        <w:lang w:val="it-IT" w:eastAsia="it-IT"/>
      </w:rPr>
    </w:pPr>
    <w:r w:rsidRPr="00085582">
      <w:rPr>
        <w:rFonts w:ascii="Palatino Linotype" w:eastAsia="Calibri" w:hAnsi="Palatino Linotype" w:cs="Tahoma"/>
        <w:i/>
        <w:iCs/>
        <w:color w:val="auto"/>
        <w:sz w:val="24"/>
        <w:szCs w:val="24"/>
        <w:lang w:val="it-IT" w:eastAsia="it-IT"/>
      </w:rPr>
      <w:t>SEGRETARIATO GENERALE</w:t>
    </w:r>
  </w:p>
  <w:p w14:paraId="2B390529" w14:textId="77777777" w:rsidR="00085582" w:rsidRPr="00085582" w:rsidRDefault="00085582" w:rsidP="00085582">
    <w:pPr>
      <w:tabs>
        <w:tab w:val="left" w:pos="1905"/>
        <w:tab w:val="center" w:pos="4819"/>
      </w:tabs>
      <w:spacing w:after="0" w:line="240" w:lineRule="auto"/>
      <w:ind w:left="-284"/>
      <w:jc w:val="both"/>
      <w:rPr>
        <w:rFonts w:ascii="Times New Roman" w:eastAsia="Calibri" w:hAnsi="Times New Roman" w:cs="Times New Roman"/>
        <w:iCs/>
        <w:color w:val="auto"/>
        <w:sz w:val="23"/>
        <w:szCs w:val="23"/>
        <w:lang w:val="it-IT" w:eastAsia="it-IT"/>
      </w:rPr>
    </w:pPr>
    <w:r w:rsidRPr="00085582">
      <w:rPr>
        <w:rFonts w:ascii="Times New Roman" w:eastAsia="Calibri" w:hAnsi="Times New Roman" w:cs="Times New Roman"/>
        <w:iCs/>
        <w:color w:val="auto"/>
        <w:sz w:val="23"/>
        <w:szCs w:val="23"/>
        <w:lang w:val="it-IT" w:eastAsia="it-IT"/>
      </w:rPr>
      <w:t>Direzione generale per le specializzazioni sanitarie, i dottorati di ricerca e altra formazione post-universitaria</w:t>
    </w:r>
  </w:p>
  <w:p w14:paraId="0D300D72" w14:textId="77777777" w:rsidR="00085582" w:rsidRDefault="000855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7872567">
    <w:abstractNumId w:val="8"/>
  </w:num>
  <w:num w:numId="2" w16cid:durableId="718431357">
    <w:abstractNumId w:val="6"/>
  </w:num>
  <w:num w:numId="3" w16cid:durableId="1747990328">
    <w:abstractNumId w:val="5"/>
  </w:num>
  <w:num w:numId="4" w16cid:durableId="1887332027">
    <w:abstractNumId w:val="4"/>
  </w:num>
  <w:num w:numId="5" w16cid:durableId="1799032670">
    <w:abstractNumId w:val="7"/>
  </w:num>
  <w:num w:numId="6" w16cid:durableId="284436125">
    <w:abstractNumId w:val="3"/>
  </w:num>
  <w:num w:numId="7" w16cid:durableId="181822475">
    <w:abstractNumId w:val="2"/>
  </w:num>
  <w:num w:numId="8" w16cid:durableId="1909461622">
    <w:abstractNumId w:val="1"/>
  </w:num>
  <w:num w:numId="9" w16cid:durableId="210738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FF6"/>
    <w:rsid w:val="00034616"/>
    <w:rsid w:val="0006063C"/>
    <w:rsid w:val="00085582"/>
    <w:rsid w:val="00097A1A"/>
    <w:rsid w:val="000E631A"/>
    <w:rsid w:val="0015074B"/>
    <w:rsid w:val="00153BC3"/>
    <w:rsid w:val="001D4294"/>
    <w:rsid w:val="0022273B"/>
    <w:rsid w:val="002672E2"/>
    <w:rsid w:val="0029639D"/>
    <w:rsid w:val="002D7D44"/>
    <w:rsid w:val="00326F90"/>
    <w:rsid w:val="003346E0"/>
    <w:rsid w:val="00334A21"/>
    <w:rsid w:val="003E6910"/>
    <w:rsid w:val="004C63D1"/>
    <w:rsid w:val="00550A56"/>
    <w:rsid w:val="00583819"/>
    <w:rsid w:val="00620D4B"/>
    <w:rsid w:val="00676774"/>
    <w:rsid w:val="00772A77"/>
    <w:rsid w:val="00792E5D"/>
    <w:rsid w:val="007932DA"/>
    <w:rsid w:val="007A2D69"/>
    <w:rsid w:val="00833799"/>
    <w:rsid w:val="00912AF8"/>
    <w:rsid w:val="00930DB0"/>
    <w:rsid w:val="00A52687"/>
    <w:rsid w:val="00A73241"/>
    <w:rsid w:val="00AA134C"/>
    <w:rsid w:val="00AA1D8D"/>
    <w:rsid w:val="00AC6E0D"/>
    <w:rsid w:val="00B30C7D"/>
    <w:rsid w:val="00B47730"/>
    <w:rsid w:val="00B908EE"/>
    <w:rsid w:val="00BA623E"/>
    <w:rsid w:val="00BB1FDC"/>
    <w:rsid w:val="00C25F9A"/>
    <w:rsid w:val="00C33BD8"/>
    <w:rsid w:val="00C72C39"/>
    <w:rsid w:val="00CB0664"/>
    <w:rsid w:val="00CE63C1"/>
    <w:rsid w:val="00D5722C"/>
    <w:rsid w:val="00D67745"/>
    <w:rsid w:val="00D85CA6"/>
    <w:rsid w:val="00DB2C1E"/>
    <w:rsid w:val="00E27E06"/>
    <w:rsid w:val="00EA2563"/>
    <w:rsid w:val="00EC0B28"/>
    <w:rsid w:val="00EC31A4"/>
    <w:rsid w:val="00F118FB"/>
    <w:rsid w:val="00F92D48"/>
    <w:rsid w:val="00FC693F"/>
    <w:rsid w:val="00FF6C93"/>
    <w:rsid w:val="62EEF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6E5D344F-0E90-42F5-BBCF-A6B7BE61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Arial" w:hAnsi="Arial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999999"/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Craparotta Rocco Aurelio</cp:lastModifiedBy>
  <cp:revision>11</cp:revision>
  <dcterms:created xsi:type="dcterms:W3CDTF">2026-06-30T12:20:00Z</dcterms:created>
  <dcterms:modified xsi:type="dcterms:W3CDTF">2026-07-02T13:47:00Z</dcterms:modified>
  <cp:category/>
</cp:coreProperties>
</file>