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9594E" w14:textId="77777777" w:rsidR="00127605" w:rsidRPr="00A75A55" w:rsidRDefault="00000000">
      <w:pPr>
        <w:spacing w:after="160"/>
        <w:jc w:val="right"/>
        <w:rPr>
          <w:lang w:val="it-IT"/>
        </w:rPr>
      </w:pPr>
      <w:r w:rsidRPr="00A75A55">
        <w:rPr>
          <w:b/>
          <w:lang w:val="it-IT"/>
        </w:rPr>
        <w:t>Allegato 1</w:t>
      </w:r>
    </w:p>
    <w:p w14:paraId="1953CFE4" w14:textId="77777777" w:rsidR="00127605" w:rsidRPr="00A75A55" w:rsidRDefault="00000000">
      <w:pPr>
        <w:spacing w:after="0"/>
        <w:jc w:val="right"/>
        <w:rPr>
          <w:lang w:val="it-IT"/>
        </w:rPr>
      </w:pPr>
      <w:r w:rsidRPr="00A75A55">
        <w:rPr>
          <w:lang w:val="it-IT"/>
        </w:rPr>
        <w:t>Al Ministero dell’Università e della Ricerca</w:t>
      </w:r>
    </w:p>
    <w:p w14:paraId="3F5B2D67" w14:textId="77777777" w:rsidR="00127605" w:rsidRPr="00A75A55" w:rsidRDefault="00000000">
      <w:pPr>
        <w:spacing w:after="0"/>
        <w:jc w:val="right"/>
        <w:rPr>
          <w:lang w:val="it-IT"/>
        </w:rPr>
      </w:pPr>
      <w:r w:rsidRPr="00A75A55">
        <w:rPr>
          <w:lang w:val="it-IT"/>
        </w:rPr>
        <w:t>Direzione generale per la sostenibilità e la programmazione del sistema della formazione superiore</w:t>
      </w:r>
    </w:p>
    <w:p w14:paraId="27E99E83" w14:textId="77777777" w:rsidR="00127605" w:rsidRPr="00A75A55" w:rsidRDefault="00000000">
      <w:pPr>
        <w:spacing w:after="240"/>
        <w:jc w:val="right"/>
        <w:rPr>
          <w:lang w:val="it-IT"/>
        </w:rPr>
      </w:pPr>
      <w:r w:rsidRPr="00A75A55">
        <w:rPr>
          <w:u w:val="single"/>
          <w:lang w:val="it-IT"/>
        </w:rPr>
        <w:t>dgfinanziamento@pec.mur.gov.it</w:t>
      </w:r>
    </w:p>
    <w:p w14:paraId="4872D61D" w14:textId="77777777" w:rsidR="00127605" w:rsidRPr="00A75A55" w:rsidRDefault="00000000">
      <w:pPr>
        <w:spacing w:after="200"/>
        <w:jc w:val="both"/>
        <w:rPr>
          <w:lang w:val="it-IT"/>
        </w:rPr>
      </w:pPr>
      <w:r w:rsidRPr="00A75A55">
        <w:rPr>
          <w:b/>
          <w:lang w:val="it-IT"/>
        </w:rPr>
        <w:t>Oggetto: Manifestazione di disponibilità al conferimento dell’incarico in relazione all’Avviso di disponibilità della posizione dirigenziale non generale Ufficio III - “Gestione delle risorse finanziarie” della Direzione generale per la sostenibilità e la programmazione del sistema della formazione superiore</w:t>
      </w:r>
    </w:p>
    <w:p w14:paraId="788CFE28" w14:textId="77777777" w:rsidR="00127605" w:rsidRPr="00A75A55" w:rsidRDefault="00000000">
      <w:pPr>
        <w:spacing w:after="100"/>
        <w:jc w:val="both"/>
        <w:rPr>
          <w:lang w:val="it-IT"/>
        </w:rPr>
      </w:pPr>
      <w:r w:rsidRPr="00A75A55">
        <w:rPr>
          <w:lang w:val="it-IT"/>
        </w:rPr>
        <w:t xml:space="preserve">Il/La sottoscritto/a __________________________________ nato/a </w:t>
      </w:r>
      <w:proofErr w:type="spellStart"/>
      <w:r w:rsidRPr="00A75A55">
        <w:rPr>
          <w:lang w:val="it-IT"/>
        </w:rPr>
        <w:t>a</w:t>
      </w:r>
      <w:proofErr w:type="spellEnd"/>
      <w:r w:rsidRPr="00A75A55">
        <w:rPr>
          <w:lang w:val="it-IT"/>
        </w:rPr>
        <w:t xml:space="preserve"> ______________________________ il __________________ codice fiscale ________________________________, attualmente in servizio presso ______________________________________________ nella qualifica di ________________________________________, in relazione all’avviso di disponibilità del posto di funzione dirigenziale non generale dell’Ufficio III - “Gestione delle risorse finanziarie” della Direzione generale per la sostenibilità e la programmazione del sistema della formazione superiore</w:t>
      </w:r>
    </w:p>
    <w:p w14:paraId="53FF4CC0" w14:textId="77777777" w:rsidR="00127605" w:rsidRPr="00A75A55" w:rsidRDefault="00000000">
      <w:pPr>
        <w:spacing w:before="120" w:after="120"/>
        <w:jc w:val="center"/>
        <w:rPr>
          <w:lang w:val="it-IT"/>
        </w:rPr>
      </w:pPr>
      <w:r w:rsidRPr="00A75A55">
        <w:rPr>
          <w:b/>
          <w:lang w:val="it-IT"/>
        </w:rPr>
        <w:t>DICHIARA</w:t>
      </w:r>
    </w:p>
    <w:p w14:paraId="04304449" w14:textId="77777777" w:rsidR="00127605" w:rsidRPr="00A75A55" w:rsidRDefault="00000000">
      <w:pPr>
        <w:jc w:val="both"/>
        <w:rPr>
          <w:lang w:val="it-IT"/>
        </w:rPr>
      </w:pPr>
      <w:r w:rsidRPr="00A75A55">
        <w:rPr>
          <w:lang w:val="it-IT"/>
        </w:rPr>
        <w:t>di appartenere a una o più delle seguenti categorie:</w:t>
      </w:r>
    </w:p>
    <w:p w14:paraId="4AB85286" w14:textId="77777777" w:rsidR="00127605" w:rsidRPr="00A75A55" w:rsidRDefault="00000000">
      <w:pPr>
        <w:ind w:left="227" w:hanging="227"/>
        <w:jc w:val="both"/>
        <w:rPr>
          <w:lang w:val="it-IT"/>
        </w:rPr>
      </w:pPr>
      <w:r w:rsidRPr="00A75A55">
        <w:rPr>
          <w:lang w:val="it-IT"/>
        </w:rPr>
        <w:t xml:space="preserve">□ </w:t>
      </w:r>
      <w:r w:rsidRPr="00A75A55">
        <w:rPr>
          <w:i/>
          <w:lang w:val="it-IT"/>
        </w:rPr>
        <w:t>soggetto di particolare e comprovata qualificazione professionale, non rinvenibile nei ruoli dell’Amministrazione, che ha svolto attività in organismi ed enti pubblici o privati ovvero aziende pubbliche o private con esperienza acquisita per almeno un quinquennio in funzioni dirigenziali;</w:t>
      </w:r>
    </w:p>
    <w:p w14:paraId="1C42CCC0" w14:textId="77777777" w:rsidR="00127605" w:rsidRPr="00A75A55" w:rsidRDefault="00000000">
      <w:pPr>
        <w:ind w:left="227" w:hanging="227"/>
        <w:jc w:val="both"/>
        <w:rPr>
          <w:lang w:val="it-IT"/>
        </w:rPr>
      </w:pPr>
      <w:r w:rsidRPr="00A75A55">
        <w:rPr>
          <w:lang w:val="it-IT"/>
        </w:rPr>
        <w:t xml:space="preserve">□ </w:t>
      </w:r>
      <w:r w:rsidRPr="00A75A55">
        <w:rPr>
          <w:i/>
          <w:lang w:val="it-IT"/>
        </w:rPr>
        <w:t>soggetto con particolare specializzazione professionale, culturale e scientifica desumibile dalla formazione universitaria e postuniversitaria, da pubblicazioni scientifiche e da concrete esperienze di lavoro maturate per almeno un quinquennio, anche presso amministrazioni statali, in posizioni funzionali previste per l’accesso alla dirigenza;</w:t>
      </w:r>
    </w:p>
    <w:p w14:paraId="49B5B512" w14:textId="77777777" w:rsidR="00127605" w:rsidRPr="00A75A55" w:rsidRDefault="00000000">
      <w:pPr>
        <w:ind w:left="227" w:hanging="227"/>
        <w:jc w:val="both"/>
        <w:rPr>
          <w:lang w:val="it-IT"/>
        </w:rPr>
      </w:pPr>
      <w:r w:rsidRPr="00A75A55">
        <w:rPr>
          <w:lang w:val="it-IT"/>
        </w:rPr>
        <w:t xml:space="preserve">□ </w:t>
      </w:r>
      <w:r w:rsidRPr="00A75A55">
        <w:rPr>
          <w:i/>
          <w:lang w:val="it-IT"/>
        </w:rPr>
        <w:t>soggetto proveniente dai settori della ricerca, della docenza universitaria, delle magistrature e dei ruoli degli avvocati e procuratori dello Stato.</w:t>
      </w:r>
    </w:p>
    <w:p w14:paraId="5AF04CC7" w14:textId="6C3AC605" w:rsidR="00127605" w:rsidRPr="00A75A55" w:rsidRDefault="00000000">
      <w:pPr>
        <w:spacing w:after="40"/>
        <w:jc w:val="both"/>
        <w:rPr>
          <w:lang w:val="it-IT"/>
        </w:rPr>
      </w:pPr>
      <w:r w:rsidRPr="00A75A55">
        <w:rPr>
          <w:lang w:val="it-IT"/>
        </w:rPr>
        <w:t>______________________________________________________________________________________________________</w:t>
      </w:r>
      <w:r w:rsidRPr="00A75A55">
        <w:rPr>
          <w:lang w:val="it-IT"/>
        </w:rPr>
        <w:br/>
        <w:t>______________________________________________________________________________________________________________</w:t>
      </w:r>
      <w:r w:rsidR="00A75A55">
        <w:rPr>
          <w:lang w:val="it-IT"/>
        </w:rPr>
        <w:t>______________________________________________________________________________________________</w:t>
      </w:r>
    </w:p>
    <w:p w14:paraId="4FBE54F2" w14:textId="77777777" w:rsidR="00127605" w:rsidRPr="00A75A55" w:rsidRDefault="00000000">
      <w:pPr>
        <w:spacing w:after="160"/>
        <w:jc w:val="center"/>
        <w:rPr>
          <w:lang w:val="it-IT"/>
        </w:rPr>
      </w:pPr>
      <w:r w:rsidRPr="00A75A55">
        <w:rPr>
          <w:i/>
          <w:sz w:val="18"/>
          <w:lang w:val="it-IT"/>
        </w:rPr>
        <w:t>[BREVE DESCRIZIONE DELL’ESPERIENZA MATURATA CHE POSSA INTEGRARE UNO O PIÙ DEI REQUISITI DI CUI SOPRA]</w:t>
      </w:r>
    </w:p>
    <w:p w14:paraId="53CD9BE8" w14:textId="77777777" w:rsidR="00127605" w:rsidRPr="00A75A55" w:rsidRDefault="00000000">
      <w:pPr>
        <w:spacing w:before="80" w:after="80"/>
        <w:jc w:val="center"/>
        <w:rPr>
          <w:lang w:val="it-IT"/>
        </w:rPr>
      </w:pPr>
      <w:r w:rsidRPr="00A75A55">
        <w:rPr>
          <w:b/>
          <w:lang w:val="it-IT"/>
        </w:rPr>
        <w:t>MANIFESTA</w:t>
      </w:r>
    </w:p>
    <w:p w14:paraId="11E304E0" w14:textId="77777777" w:rsidR="00127605" w:rsidRPr="00A75A55" w:rsidRDefault="00000000">
      <w:pPr>
        <w:spacing w:after="100"/>
        <w:jc w:val="both"/>
        <w:rPr>
          <w:lang w:val="it-IT"/>
        </w:rPr>
      </w:pPr>
      <w:r w:rsidRPr="00A75A55">
        <w:rPr>
          <w:lang w:val="it-IT"/>
        </w:rPr>
        <w:t>la propria disponibilità al conferimento dell’incarico dirigenziale di livello non generale presso l’Ufficio III - “Gestione delle risorse finanziarie” della Direzione generale per la sostenibilità e la programmazione del sistema della formazione superiore.</w:t>
      </w:r>
    </w:p>
    <w:p w14:paraId="4D3EC6F0" w14:textId="77777777" w:rsidR="00127605" w:rsidRPr="00A75A55" w:rsidRDefault="00000000">
      <w:pPr>
        <w:spacing w:after="40"/>
        <w:jc w:val="both"/>
        <w:rPr>
          <w:lang w:val="it-IT"/>
        </w:rPr>
      </w:pPr>
      <w:r w:rsidRPr="00A75A55">
        <w:rPr>
          <w:lang w:val="it-IT"/>
        </w:rPr>
        <w:t>A tal fine:</w:t>
      </w:r>
    </w:p>
    <w:p w14:paraId="7C62BC8D" w14:textId="77777777" w:rsidR="00127605" w:rsidRPr="00A75A55" w:rsidRDefault="00000000">
      <w:pPr>
        <w:spacing w:after="100"/>
        <w:jc w:val="both"/>
        <w:rPr>
          <w:lang w:val="it-IT"/>
        </w:rPr>
      </w:pPr>
      <w:r w:rsidRPr="00A75A55">
        <w:rPr>
          <w:lang w:val="it-IT"/>
        </w:rPr>
        <w:t>dichiara di non aver riportato condanne penali (in caso contrario indicare quali) e/o di non essere a conoscenza della pendenza di procedimenti penali a proprio carico (in caso contrario indicare quali con separata dichiarazione).</w:t>
      </w:r>
    </w:p>
    <w:p w14:paraId="72E8657B" w14:textId="77777777" w:rsidR="00127605" w:rsidRPr="00A75A55" w:rsidRDefault="00000000">
      <w:pPr>
        <w:spacing w:after="40"/>
        <w:jc w:val="both"/>
        <w:rPr>
          <w:lang w:val="it-IT"/>
        </w:rPr>
      </w:pPr>
      <w:r w:rsidRPr="00A75A55">
        <w:rPr>
          <w:lang w:val="it-IT"/>
        </w:rPr>
        <w:t>Allega:</w:t>
      </w:r>
    </w:p>
    <w:p w14:paraId="588A0E0D" w14:textId="77777777" w:rsidR="00127605" w:rsidRPr="00A75A55" w:rsidRDefault="00000000">
      <w:pPr>
        <w:spacing w:after="40"/>
        <w:ind w:left="397" w:hanging="227"/>
        <w:jc w:val="both"/>
        <w:rPr>
          <w:lang w:val="it-IT"/>
        </w:rPr>
      </w:pPr>
      <w:r w:rsidRPr="00A75A55">
        <w:rPr>
          <w:lang w:val="it-IT"/>
        </w:rPr>
        <w:t>- curriculum vitae aggiornato e sottoscritto;</w:t>
      </w:r>
    </w:p>
    <w:p w14:paraId="4349F7FE" w14:textId="77777777" w:rsidR="00127605" w:rsidRPr="00A75A55" w:rsidRDefault="00000000">
      <w:pPr>
        <w:spacing w:after="40"/>
        <w:ind w:left="397" w:hanging="227"/>
        <w:jc w:val="both"/>
        <w:rPr>
          <w:lang w:val="it-IT"/>
        </w:rPr>
      </w:pPr>
      <w:r w:rsidRPr="00A75A55">
        <w:rPr>
          <w:lang w:val="it-IT"/>
        </w:rPr>
        <w:t>- fotocopia del documento di riconoscimento in corso di validità;</w:t>
      </w:r>
    </w:p>
    <w:p w14:paraId="07BB9B00" w14:textId="77777777" w:rsidR="00127605" w:rsidRPr="00A75A55" w:rsidRDefault="00000000">
      <w:pPr>
        <w:spacing w:after="40"/>
        <w:ind w:left="397" w:hanging="227"/>
        <w:jc w:val="both"/>
        <w:rPr>
          <w:lang w:val="it-IT"/>
        </w:rPr>
      </w:pPr>
      <w:r w:rsidRPr="00A75A55">
        <w:rPr>
          <w:lang w:val="it-IT"/>
        </w:rPr>
        <w:t>- dichiarazione dei risultati conseguiti nei precedenti incarichi e/o eventuale valutazione conseguita, con riferimento agli obiettivi connessi al posto di funzione ricoperto e agli ulteriori obiettivi assegnati.</w:t>
      </w:r>
    </w:p>
    <w:p w14:paraId="43360CAB" w14:textId="77777777" w:rsidR="00127605" w:rsidRPr="00A75A55" w:rsidRDefault="00000000">
      <w:pPr>
        <w:spacing w:after="100"/>
        <w:jc w:val="both"/>
        <w:rPr>
          <w:lang w:val="it-IT"/>
        </w:rPr>
      </w:pPr>
      <w:r w:rsidRPr="00A75A55">
        <w:rPr>
          <w:lang w:val="it-IT"/>
        </w:rPr>
        <w:t>Autorizza il Ministero dell’Università e della Ricerca al trattamento dei dati personali, ai sensi del decreto legislativo 30 giugno 2003, n. 196 e successive modificazioni e del regolamento (UE) 2016/679.</w:t>
      </w:r>
    </w:p>
    <w:p w14:paraId="0B90C268" w14:textId="77777777" w:rsidR="00127605" w:rsidRDefault="00000000">
      <w:pPr>
        <w:spacing w:before="200" w:after="40"/>
        <w:jc w:val="both"/>
      </w:pPr>
      <w:proofErr w:type="spellStart"/>
      <w:r>
        <w:t>Luogo</w:t>
      </w:r>
      <w:proofErr w:type="spellEnd"/>
      <w:r>
        <w:t xml:space="preserve"> e data ______________________________</w:t>
      </w:r>
    </w:p>
    <w:p w14:paraId="4B7ED1CB" w14:textId="77777777" w:rsidR="00127605" w:rsidRDefault="00000000">
      <w:pPr>
        <w:spacing w:before="120" w:after="0"/>
        <w:jc w:val="right"/>
      </w:pPr>
      <w:r>
        <w:t>Firma</w:t>
      </w:r>
    </w:p>
    <w:p w14:paraId="5B43338F" w14:textId="77777777" w:rsidR="00127605" w:rsidRDefault="00000000">
      <w:pPr>
        <w:spacing w:after="0"/>
        <w:jc w:val="right"/>
      </w:pPr>
      <w:r>
        <w:t>________________________________</w:t>
      </w:r>
    </w:p>
    <w:sectPr w:rsidR="00127605" w:rsidSect="00034616">
      <w:footerReference w:type="default" r:id="rId8"/>
      <w:pgSz w:w="12240" w:h="15840"/>
      <w:pgMar w:top="680" w:right="1020" w:bottom="680" w:left="1020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DFAC0" w14:textId="77777777" w:rsidR="00FB6580" w:rsidRDefault="00FB6580">
      <w:pPr>
        <w:spacing w:after="0"/>
      </w:pPr>
      <w:r>
        <w:separator/>
      </w:r>
    </w:p>
  </w:endnote>
  <w:endnote w:type="continuationSeparator" w:id="0">
    <w:p w14:paraId="76D5DEE1" w14:textId="77777777" w:rsidR="00FB6580" w:rsidRDefault="00FB65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37B9" w14:textId="77777777" w:rsidR="00127605" w:rsidRDefault="00000000">
    <w:pPr>
      <w:pStyle w:val="Pidipagina"/>
      <w:jc w:val="center"/>
    </w:pPr>
    <w:r>
      <w:fldChar w:fldCharType="begin"/>
    </w:r>
    <w:r>
      <w:instrText xml:space="preserve"> PAGE </w:instrText>
    </w:r>
    <w:r w:rsidR="00A75A55">
      <w:fldChar w:fldCharType="separate"/>
    </w:r>
    <w:r w:rsidR="00A75A5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469E" w14:textId="77777777" w:rsidR="00FB6580" w:rsidRDefault="00FB6580">
      <w:pPr>
        <w:spacing w:after="0"/>
      </w:pPr>
      <w:r>
        <w:separator/>
      </w:r>
    </w:p>
  </w:footnote>
  <w:footnote w:type="continuationSeparator" w:id="0">
    <w:p w14:paraId="3CC7D8C6" w14:textId="77777777" w:rsidR="00FB6580" w:rsidRDefault="00FB65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545390">
    <w:abstractNumId w:val="8"/>
  </w:num>
  <w:num w:numId="2" w16cid:durableId="1437286388">
    <w:abstractNumId w:val="6"/>
  </w:num>
  <w:num w:numId="3" w16cid:durableId="1572884064">
    <w:abstractNumId w:val="5"/>
  </w:num>
  <w:num w:numId="4" w16cid:durableId="1008019485">
    <w:abstractNumId w:val="4"/>
  </w:num>
  <w:num w:numId="5" w16cid:durableId="843517362">
    <w:abstractNumId w:val="7"/>
  </w:num>
  <w:num w:numId="6" w16cid:durableId="809371850">
    <w:abstractNumId w:val="3"/>
  </w:num>
  <w:num w:numId="7" w16cid:durableId="1577321981">
    <w:abstractNumId w:val="2"/>
  </w:num>
  <w:num w:numId="8" w16cid:durableId="1187400636">
    <w:abstractNumId w:val="1"/>
  </w:num>
  <w:num w:numId="9" w16cid:durableId="1337028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605"/>
    <w:rsid w:val="0015074B"/>
    <w:rsid w:val="0029639D"/>
    <w:rsid w:val="00326F90"/>
    <w:rsid w:val="00A75A55"/>
    <w:rsid w:val="00AA1D8D"/>
    <w:rsid w:val="00AA3BD8"/>
    <w:rsid w:val="00B47730"/>
    <w:rsid w:val="00CB0664"/>
    <w:rsid w:val="00FB65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57069"/>
  <w14:defaultImageDpi w14:val="300"/>
  <w15:docId w15:val="{BB8AAE34-0C04-4BCD-BFFD-C19AF759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Covolan Michele</dc:creator>
  <cp:keywords/>
  <dc:description>generated by python-docx</dc:description>
  <cp:lastModifiedBy>Covolan Michele</cp:lastModifiedBy>
  <cp:revision>2</cp:revision>
  <dcterms:created xsi:type="dcterms:W3CDTF">2026-10-22T09:55:00Z</dcterms:created>
  <dcterms:modified xsi:type="dcterms:W3CDTF">2026-10-22T10:07:00Z</dcterms:modified>
  <cp:category/>
</cp:coreProperties>
</file>